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2S/206/2012 z 23. 10. 2012</w:t>
      </w:r>
    </w:p>
    <w:p>
      <w:r>
        <w:t>Uznesenie Krajského súdu Bratislava z 23. októbra 2012, sp. zn. 2S/206/2012, ECLI:SK:KSBA:2012:1012201146.1</w:t>
      </w:r>
    </w:p>
    <w:p>
      <w:r>
        <w:t>Súd: Krajský súd Bratislava</w:t>
      </w:r>
    </w:p>
    <w:p>
      <w:r>
        <w:t>Spisová značka: 2S/206/2012</w:t>
      </w:r>
    </w:p>
    <w:p>
      <w:r>
        <w:t>ECLI: ECLI:SK:KSBA:2012:1012201146.1</w:t>
      </w:r>
    </w:p>
    <w:p>
      <w:r>
        <w:t>Dátum vydania: 23.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2S/206/2012 Identifikačné číslo súdneho spisu: 1012201146 Dátum vydania rozhodnutia: 24. 10. 2012 Meno a priezvisko sudcu, VSÚ: JUDr. Vlastimil Pavlikovský ECLI: ECLI:SK:KSBA:2012:1012201146.1 Uznesenie Krajský súd v Bratislave v právnej veci navrhovateľa: Slovenský zväz záhradkárov, Základná organizácia č. 3-28, Bratislava - Rača, Záhradkárske osady: Knížkova dolina, Nová Hora, Muránska záhrada - Fajdlpére, právne zastúpený: JUDr. Mikuláš Sabo, CSc., advokát, ul. Hany Meličkovej č. 25, 841 05 Bratislava, proti odporcom: 1/ Ministerstvo pôdohospodárstva a rozvoja vidieka Slovenskej republiky, Dobrovičova 12, 812 66 Bratislava, 2/ Ministerstvo spravodlivosti Slovenskej republiky, Župné nám. č. 13, 813 11 Bratislava, o náhradu škody spôsobenej nezákonným rozhodnutím a nesprávnym úradným postupom, takto r o z h o d o l : Krajský súd v Bratislave p o s t u p u j e vec Okresnému súdu Bratislava I. o d ô v o d n e n i e : Návrhom doručenom tunajšiemu súdu dňa 20.06.2012 sa navrhovateľ domáha určenia povinnosti náhrady škody dorovnaním kúpnej ceny pozemkov. Navrhovateľ svoj nárok opiera o ust. § 14 zákona č. 514/2003 Z.z. o zodpovednosti za škodu spôsobenú pri výkone verejnej moci a o zmene niektorých zákonov (ďalej len zákon č. 514/2003 Z.z.). Podľa ust. § 11 ods. 1 O.s.p. konanie sa uskutočňuje na tom súde, ktorý je vecne a miestne príslušný. Príslušnosť sa určuje podľa okolností, ktoré tu sú v čase začatia konania a trvá až do jeho skončenia. Podľa § 103 O.s.p. kedykoľvek za konania prihliada súd na to, či sú splnené podmienky, za ktorých môže konať vo veci (podmienky konania). Podľa § 104a ods. 1 O.s.p. súd skúma vecnú príslušnosť prv, než začne konať o veci samej. V danom prípade sa nejedná o konanie podľa piatej časti Občianskeho súdneho poriadku (správne súdnictvo), pretože navrhovateľ sa svojím podaním zo dňa 15.06.2012 domáhal náhrady škody dorovnaním kúpnej ceny pozemkov na úroveň trhovej ceny v dobe prevodu. V podaní uviedol, že zdĺhavým konaním, ktoré napĺňa kvalifikáciu - nesprávny úradný postup - pred pozemkovými úradmi a súdmi sme utrpeli ujmu, ktorú si uplatňujeme voči Slovenskej republiky zastúpenej im nadriadenými príslušnými ústrednými orgánmi štátnej správy. Z návrhu nepochybne vyplýva, že sa navrhovateľ domáha voči odporcom náhrady škody spôsobenej nezákonným rozhodnutím a nesprávnym úradným postupom podľa zákona č. 514/2003 Z.z. Podľa názoru krajského súdu, súd nemôže v tejto veci postupovať podľa ustanovení o správnom súdnictve. Súd má za to, že v predmetnej veci nie je daná vecná príslušnosť krajského súdu na konanie podľa § 244 a nasl. O.s.p. O nárokoch vyplývajúcich z právnej úpravy zákona č. 514/2003 Z.z. konajú a rozhodujú všeobecné súdy na základe občiansko- právnej žaloby a teda na konanie o takomto nároku je daná príslušnosť v zmysle § 7 ods. 1 O.s.p. v spojení s § 9 ods. 1 okresného súdu. Podľa § 84 O.s.p. na konanie je príslušný všeobecný súd účastníka, proti ktorému návrh smeruje (odporca), ak nie je ustanovené inak. V uvedenej veci bolo zistené, že miestne príslušným všeobecným súdom je súd určený podľa § 84 O.s.p., ktorým je Okresný súd Bratislava I. Podľa § 250d ods. 2 O.s.p. ak predseda senátu zistí, že súd nie je vecne alebo miestne príslušný, postúpi vec uznesením príslušnému súdu. Vzhľadom na vyššie uvedené Krajský súd v Bratislave podľa § 250d ods. 2 OSP postupuje vec na ďalšie konanie vecne a miestne príslušnému Okresnému súdu Bratislava I. Poučenie: Proti tomuto uzneseniu nie je prípustné odvolanie.</w:t>
      </w:r>
    </w:p>
    <w:p/>
    <w:p>
      <w:r>
        <w:t>Zdroj: KAUZIS.SK – https://www.kauzis.sk/judikatura/r/ECLI:SK:KSBA:2012:1012201146.1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