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5S/213/2012 z 9. 7. 2012</w:t>
      </w:r>
    </w:p>
    <w:p>
      <w:r>
        <w:t>Uznesenie Krajského súdu Bratislava z 9. júla 2012, sp. zn. 5S/213/2012, ECLI:SK:KSBA:2012:1012201274.1</w:t>
      </w:r>
    </w:p>
    <w:p>
      <w:r>
        <w:t>Súd: Krajský súd Bratislava</w:t>
      </w:r>
    </w:p>
    <w:p>
      <w:r>
        <w:t>Spisová značka: 5S/213/2012</w:t>
      </w:r>
    </w:p>
    <w:p>
      <w:r>
        <w:t>ECLI: ECLI:SK:KSBA:2012:1012201274.1</w:t>
      </w:r>
    </w:p>
    <w:p>
      <w:r>
        <w:t>Dátum vydania: 9. 7. 2012</w:t>
      </w:r>
    </w:p>
    <w:p>
      <w:r>
        <w:t>Forma: Uznesenie</w:t>
      </w:r>
    </w:p>
    <w:p>
      <w:pPr>
        <w:pStyle w:val="Heading2"/>
      </w:pPr>
      <w:r>
        <w:t>Text rozhodnutia</w:t>
      </w:r>
    </w:p>
    <w:p>
      <w:r>
        <w:t>Súd: Krajský súd Bratislava Spisová značka: 5S/213/2012 Identifikačné číslo súdneho spisu: 1012201274 Dátum vydania rozhodnutia: 10. 07. 2012 Meno a priezvisko sudcu, VSÚ: JUDr. Viera Šebestová ECLI: ECLI:SK:KSBA:2012:1012201274.1 Uznesenie Krajský súd v Bratislave v právnej veci žalobcu: FABONUMS spol. s.r.o., Ondrejovova 17, P.O.BOX 20, 820 12, IČO: 36 236 926 proti žalovanému: Finančné riaditeľstvo Slovenskej republiky, Vazovova 2, 815 11 Bratislava o žiadosti o odklad vykonateľnosti rozhodnutia Colného riaditeľstva SR č. 31442/2007-1 zo dňa 31.03.2010 v spojení s rozhodnutím Colného úradu Bratislava zn. XXX/XXXX,XXXXX/XXXX- XXXX, takto r o z h o d o l : Súd konanie z a s t a v u j e. Žiaden z účastníkov nemá právo na náhradu trov konania. o d ô v o d n e n i e : Žalobca sa žiadosťou doručenou na Okresný súd v Bratislave dňa 24.11.2010, ktorá bola postúpená tunajšiemu súdu dňa 03.07.2012 uznesením Okresného súdu Bratislava II sp.zn.24Cb/309/2010 zo dňa 06.06.2012 domáhal odkladu vykonateľnosti rozhodnutia žalovaného č. 31442/2007-1 zo dňa 31.03.2010 v spojení s rozhodnutím Colného úradu Bratislava zn. XXX/XXXX,XXXXX/XXXX-XXXX zo dňa 27.03.2007, ktorým bola žalobcovi uložená pokuta vo výške 50.000,- Sk. Podľa ust. § 103 O.s.p., kedykoľvek za konania prihliada súd na to, či sú splnené podmienky, za ktorých môže konať vo veci (podmienky konania). Podľa ust. § 244 ods. 1 O.s.p., v správnom súdnictve preskúmavajú súdy na základe žalôb alebo opravných prostriedkov zákonnosť rozhodnutí a postupov orgánov verejnej správy. Podľa ust.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 § 244 ods. 4, súdy v správnom súdnictve rozhodujú o návrhoch na uloženie povinnosti orgánom verejnej správy konať o právach a povinnostiach fyzických osôb a právnických osôb v oblasti verejnej správy a o opatrenia na vynútenie plnenia svojich rozhodnutí postupom uvedeným v § 250d a 250u. Podľa ust.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 250b ods. 1 O.s.p., žaloba sa musí podať do dvoch mesiacov od doručenia rozhodnutia správneho orgánu v poslednom stupni, pokiaľ osobitný zákon neustanovuje inak. Zmeškanie lehoty nemožno odpustiť. Podľa ust.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Konanie v správnom súdnictve sa začína na návrh, ktorý sa nazýva žalobou (ust. § 249 O.s.p.). Z dikcie vyššie citovaných ustanovení je nesporné, že konanie v správnom súdnictve sa vždy začína na návrh (podaním žaloby, opravného prostriedku, návrhu), pretože konanie vo verejnom súdnictve pojmovo ani nemožno začať inak, ako podaním návrhu oprávnenou osobou. Z dispozičnej zásady, ktorou sa súd v správnom súdnictve riadi, vyplýva žalobcovi z ust. § 249 ods. 2 O.s.p. zákonná povinnosť uviesť okrem všeobecných náležitostí žaloby podľa § 49 ods. 3 a § 79 ods. 1 O.s.p. aj označenie rozsahu, v ktorom je rozhodnutie napadnuté, v čom žalobca vidí nezákonnosť rozhodnutia a aký konečný návrh robí. Zákon kladie na obsah žaloby tak podmienky všeobecné ako aj podmienky osobitné pre správne súdnictvo, ktoré sú obsiahnuté v ust. § 249 ods. 2 a nasl. O.s.p.. Z vyššie citovaných ustanovení vyplýva, že jednou z podmienok konania v správnom súdnictve, je existencia návrhu na jeho začatie (ustanovenie § 249 ods. 1 O.s.p.). V predmetnej veci žalobca podal svojím podaním zo dňa 24.11.2010 žiadosť o odklad vykonateľnosti rozhodnutia žalovaného zo dňa 31.03.2010 zn.31442/2007-1. Vzhľadom k tomu, že toto podanie navrhovateľa zo dňa 24.11.2010 nie je žalobou v zmysle vyššie citovaných ustanovení § 79 a 249 O.s.p., ktorým sa žaloba proti rozhodnutiu Colného riaditeľstva SR vo veciach preskúmania rozhodnutia má podať. Súd s poukazom na vyššie citované ustanovenia, ako aj vzhľadom na absenciu návrhu na začatie konania, ktorý je základnou podmienkou konania a ktorú podľa názoru súdu nie je možné odstrániť, súd konanie s poukazom na ust. § 104 ods. 1 v spojení s ust. § 246c O.s.p. zastavil. Vzhľadom k tomu, že konanie vo veci bolo zastavené, nemá žiaden z účastníkov právo na náhradu trov konania (ust. § 250k ods. 1 v spojení s ust. § 146 ods. 1 písm. c) O.s.p.). Poučenie: Proti tomuto uzneseniu je prípustné odvolanie do 15 dní odo dňa doručenia uznesenia prostredníctvom tunajšieho súdu, písomne, dvojmo. Odvolanie musí spĺňať náležitosti podľa ust. § 205 OSP.</w:t>
      </w:r>
    </w:p>
    <w:p/>
    <w:p>
      <w:r>
        <w:t>Zdroj: KAUZIS.SK – https://www.kauzis.sk/judikatura/r/ECLI:SK:KSBA:2012:1012201274.1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