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5S/215/2012 z 6. 8. 2012</w:t>
      </w:r>
    </w:p>
    <w:p>
      <w:r>
        <w:t>Uznesenie Krajského súdu Bratislava z 6. augusta 2012, sp. zn. 5S/215/2012, ECLI:SK:KSBA:2012:1012201280.1</w:t>
      </w:r>
    </w:p>
    <w:p>
      <w:r>
        <w:t>Súd: Krajský súd Bratislava</w:t>
      </w:r>
    </w:p>
    <w:p>
      <w:r>
        <w:t>Spisová značka: 5S/215/2012</w:t>
      </w:r>
    </w:p>
    <w:p>
      <w:r>
        <w:t>ECLI: ECLI:SK:KSBA:2012:1012201280.1</w:t>
      </w:r>
    </w:p>
    <w:p>
      <w:r>
        <w:t>Dátum vydania: 6. 8.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5S/215/2012 Identifikačné číslo súdneho spisu: 1012201280 Dátum vydania rozhodnutia: 07. 08. 2012 Meno a priezvisko sudcu, VSÚ: JUDr. Viera Šebestová ECLI: ECLI:SK:KSBA:2012:1012201280.1 Uznesenie Krajský súd v Bratislave v právnej veci žalobcu: EXPAND, s.r.o., Nemocničná 2, 972 01 Bojnice, proti žalovanému: Finančné riaditeľstvo Slovenskej republiky, Vazovova 2, 815 11 Bratislava, o preskúmanie zákonnosti rozhodnutia žalovaného č. 1020506/1/1015959/2012/5199-r zo dňa 31.5.2012 , takto r o z h o d o l : Súd vec p o s t u p u j e na konanie vecne a miestne príslušnému Krajskému súdu v Trenčíne. o d ô v o d n e n i e : Žalobou doručenou tunajšiemu súdu dňa 4.7.2012 sa žalobca domáhal preskúmania zákonnosti rozhodnutia žalovaného č. 1020506/1/1015959/2012/5199-r zo dňa 31.5.2012, ktorým bol potvrdený dodatočný platobný výmer Daňového úradu Trenčín č. 9313401/1/105819/2012 zo dňa 14.2.2012. Prvostupňovým rozhodnutím bol žalobcovi vyrubený rozdiel dane z pridanej hodnoty za zdaňovacie obdobie prvý štvrťrok 2011 v sume 13320,- eur.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1 O.s.p. miestne príslušným je súd, v ktorého obvode má sídlo správny orgán, ktorého rozhodnutie a postup sa preskúmava, ak nie je ustanovené inak. Ak ide o rozhodnutie orgánu s pôsobnosťou pre celé územie Slovenskej republiky, okrem ústredných orgánov štátnej správy miestne príslušným je krajský súd, v ktorého obvode je všeobecný súd navrhovateľa. Podľa § 85 ods. 2 O.s.p. všeobecným súdom právnickej osoby je súd, v obvode ktorého má právnická osoba sídlo. Podľa § 250d ods. 2 O.s.p. ak predseda senátu zistí, že súd nie je vecne alebo miestne príslušný, postúpi vec uznesením príslušnému súdu. V danom prípade sa miestna príslušnosť riadi ustanovením § 246a ods. 1 veta druhá O.s.p., keď žalovaný je správnym orgánom s pôsobnosťou pre celé územie Slovenskej republiky, avšak nie je ústredným orgánom štátnej správy. Miestne príslušným pre preskúmavanú vec je preto krajský súd, v ktorého obvode sa nachádza všeobecný súd žalobcu, t.j. v danom prípade všeobecným súdom žalobcu je Okresný súd Prievidza, ktorý sa nachádza v obvode Krajského súdu v Trenčíne. Z uvedeného dôvodu tunajší súd nie je vo veci miestne príslušný a preto rozhodol tak, ako je uvedené vo výrokovej časti tohto uznesenia. Poučenie: Proti tomuto uzneseniu odvolanie nie je prípustné.</w:t>
      </w:r>
    </w:p>
    <w:p/>
    <w:p>
      <w:r>
        <w:t>Zdroj: KAUZIS.SK – https://www.kauzis.sk/judikatura/r/ECLI:SK:KSBA:2012:1012201280.1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