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1S/184/2012 z 10. 10. 2012</w:t>
      </w:r>
    </w:p>
    <w:p>
      <w:r>
        <w:t>Uznesenie Krajského súdu Bratislava z 10. októbra 2012, sp. zn. 1S/184/2012, ECLI:SK:KSBA:2012:1012201413.2</w:t>
      </w:r>
    </w:p>
    <w:p>
      <w:r>
        <w:t>Súd: Krajský súd Bratislava</w:t>
      </w:r>
    </w:p>
    <w:p>
      <w:r>
        <w:t>Spisová značka: 1S/184/2012</w:t>
      </w:r>
    </w:p>
    <w:p>
      <w:r>
        <w:t>ECLI: ECLI:SK:KSBA:2012:1012201413.2</w:t>
      </w:r>
    </w:p>
    <w:p>
      <w:r>
        <w:t>Dátum vydania: 10.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1S/184/2012 Identifikačné číslo súdneho spisu: 1012201413 Dátum vydania rozhodnutia: 11. 10. 2012 Meno a priezvisko sudcu, VSÚ: JUDr. Nora Halmová ECLI: ECLI:SK:KSBA:2012:1012201413.2 Uznesenie Krajský súd v Bratislave v právnej veci žalobcu: Ing. K. Y., bytom A. L. XXXX/X, XXX XX U., tohto času ústav na výkon väzby, so sídlom Hlboká cesta 21, priečinok A/5, 010 24 Žilina proti žalovanému: Generálne riaditeľstvo Zboru väzenskej a justičnej stráže, so sídlom Šagátova 1, 813 04 Bratislava o preskúmanie zákonnosti rozhodnutia žalovaného č. GR ZVJS-48-42/31-2011 zo dňa 28.10.2011 a č. GR ZVJS-48-40/31-2011 zo dňa 19.10.2011, takto r o z h o d o l : Krajský súd v Bratislave konanie z a s t a v u j e . Žiaden z účastníkov n e m á právo na náhradu trov konania. o d ô v o d n e n i e : Dňa 15.11.2011 žalobca podal na Krajský súd v Trnave žalobu domáhajúc sa preskúmania zákonnosti dvoch rozhodnutí žalovaného č. GR ZVJS-48-42/31-2011 zo dňa 28.10.2011 a č. GR ZVJS-48-40/31-2011 zo dňa 19.10.2011 a ich zrušenia ako aj zrušenia prvostupňových rozhodnutí vydaných ´TVTOS Hrnčiarovce nad Parnou č. 10-72/21 zo dňa 6.9.2011 a č. 10-71/21-11 zo dňa 19.8.2011 a vrátenia veci žalovanému na ďalšie konanie. Krajský súd v Trnave uznesením č.k. 20S 36/2011-17 zo dňa 12.1.2012 vec podľa § 250d ods. 2 O.s.p. vyslovil svoju miestnu nepríslušnosť vo veci konať a túto postúpil na Krajský súd v Žiline. Krajský súd v Žiline s poukazom na ustanovenia § 111 ods. 1 O.s.p., § 246 ods. 1 O.s.p. ako aj § 85 ods. 1 O.s.p. vec dňa 21.5.2012 predložil Najvyššiemu súdu Slovenskej republiky na rozhodnutie o miestnej príslušnosti. Najvyšší súd Slovenskej republiky ako súd príslušný na rozhodovanie o miestnej príslušnosti po prejednaní veci bez nariadenia pojednávania dospel k záveru, že nesúhlas Krajského súdu v Žiline s postúpením veci je dôvodný a na konanie je podľa § 246a ods. 1 veta prvá miestne príslušný Krajský súd v Bratislave, podľa sídla žalovaného správneho orgánu. Uznesením Krajského súdu v Bratislave č.k. 1S 184/2012-45 zo dňa 7.8.2012 doručenom žalobcovi dňa 17.8.2012, súd uložil žalobcovi, aby v lehote 30 dní od doručenia tohto uznesenia doplnil svoju žalobu s tým, aby urobil správne znenie konečného návrhu a doplnil, čoho sa konkrétne domáha voči žalobcovi, resp. ktoré časti napadnutého rozhodnutia považuje žalobca za nezákonné. Listom zo dňa 20.8.2012 doručenom Krajskému súdu v Bratislave dňa 24.8.2012 žalobca žiadal konanie zastaviť podľa § 250h ods. 2 O.s.p.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Poučenie: Proti tomuto uzneseniu je možné podať odvolanie v lehote 15 dní odo dňa jeho doručenia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https://www.kauzis.sk/judikatura/r/ECLI:SK:KSBA:2012:1012201413.2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