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5Sd/236/2012 z 27. 11. 2012</w:t>
      </w:r>
    </w:p>
    <w:p>
      <w:r>
        <w:t>Uznesenie Krajského súdu Bratislava z 27. novembra 2012, sp. zn. 5Sd/236/2012, ECLI:SK:KSBA:2012:1012201426.1</w:t>
      </w:r>
    </w:p>
    <w:p>
      <w:r>
        <w:t>Súd: Krajský súd Bratislava</w:t>
      </w:r>
    </w:p>
    <w:p>
      <w:r>
        <w:t>Spisová značka: 5Sd/236/2012</w:t>
      </w:r>
    </w:p>
    <w:p>
      <w:r>
        <w:t>ECLI: ECLI:SK:KSBA:2012:1012201426.1</w:t>
      </w:r>
    </w:p>
    <w:p>
      <w:r>
        <w:t>Dátum vydania: 27.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5Sd/236/2012 Identifikačné číslo súdneho spisu: 1012201426 Dátum vydania rozhodnutia: 28. 11. 2012 Meno a priezvisko sudcu, VSÚ: JUDr. Milota Tóthová ECLI: ECLI:SK:KSBA:2012:1012201426.1 Uznesenie Krajský súd v Bratislave v právnej veci navrhovateľa N. Š., bytom W. XXA, S. W.,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17.5.2012 žiadal preskúmať rozhodnutie odporkyne číslo XXX XXX XXXX zo dňa 5.4.2012, ktorým odporkyňa rozhodla, že navrhovateľovi od 24. januára 2012 naďalej patrí invalidný dôchodok v sume 277,50 eur mesačne. Písomným prehlásením zo dňa 8.11.2012, došlým súdu dňa 13.11.2012 navrhovateľ vzal späť návrh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https://www.kauzis.sk/judikatura/r/ECLI:SK:KSBA:2012:1012201426.1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