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2S/297/2012 z 11. 9. 2012</w:t>
      </w:r>
    </w:p>
    <w:p>
      <w:r>
        <w:t>Uznesenie Krajského súdu Bratislava z 11. septembra 2012, sp. zn. 2S/297/2012, ECLI:SK:KSBA:2012:1012201629.1</w:t>
      </w:r>
    </w:p>
    <w:p>
      <w:r>
        <w:t>Súd: Krajský súd Bratislava</w:t>
      </w:r>
    </w:p>
    <w:p>
      <w:r>
        <w:t>Spisová značka: 2S/297/2012</w:t>
      </w:r>
    </w:p>
    <w:p>
      <w:r>
        <w:t>ECLI: ECLI:SK:KSBA:2012:1012201629.1</w:t>
      </w:r>
    </w:p>
    <w:p>
      <w:r>
        <w:t>Dátum vydania: 11. 9.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2S/297/2012 Identifikačné číslo súdneho spisu: 1012201629 Dátum vydania rozhodnutia: 12. 09. 2012 Meno a priezvisko sudcu, VSÚ: Mgr. Viliam Pohančeník ECLI: ECLI:SK:KSBA:2012:1012201629.1 Uznesenie Krajský súd v Bratislave v právnej veci žalobcu: D. F., XXX XX J. S. XXX, IČO: 37383949, právne zastúpený: Mgr. Gabriela Hlavinková, advokát, 1. mája 174/13, 911 01 Trenčín, proti žalovanému: Finančné riaditeľstvo Slovenskej republiky, Vazovova 2, 815 11 Bratislava, o preskúmanie zákonnosti rozhodnutí č. 10205061/1/954543/2012/5048-r zo dňa 24.04.2012, č. 10205061/1/954553/2012/5048-r zo dňa 24.04.2012, č. 10205061/1/954572/2012/5048- r zo dňa 24.04.2012, č. 10205061/1/954584/2012/5048-r zo dňa 24.04.2012 a č. 10205061/1/954589/2012/5048-r zo dňa 24.04.2012, takto r o z h o d o l : Krajský súd v Bratislave p o s t u p u j e vec Krajskému súdu v Trenčíne. o d ô v o d n e n i e : Žalobou doručenou tunajšiemu súdu dňa 07.06.2012 sa žalobca domáha preskúmania rozhodnutí žalovaného, ktorým je orgán s pôsobnosťou pre celé územie Slovenskej republiky. Podľa § 103 O.s.p. kedykoľvek za konania prihliada súd na to, či sú splnené podmienky, za ktorých môže konať vo veci (podmienky konania). Podľa ust. § 11 ods. 1 O.s.p. konanie sa uskutočňuje na tom súde, ktorý je vecne a miestne príslušný. Príslušnosť sa určuje podľa okolností, ktoré tu sú v čase začatia konania a trvá až do jeho skončenia. Podľa § 104a ods. 1 O.s.p. súd skúma vecnú príslušnosť prv, než začne konať o veci samej. Podľa § 246a ods. 1 O.s.p. je miestne príslušným súd, v ktorého obvode má sídlo správny orgán, ktorého rozhodnutie a postup sa preskúmava, ak nie je ustanovené inak. Ak ide o rozhodnutie orgánu s pôsobnosťou pre celé územie Slovenskej republiky, okrem ústredných orgánov štátnej správy, miestne príslušným je krajský súd, v ktorého obvode je všeobecný súd navrhovateľa (žalobcu). V danom prípade má žalobca bydlisko v Mníchovej Lehote, a preto jeho všeobecným súdom je súd určený podľa § 85 ods. 1 O.s.p., ktorý je v obvode Krajského súdu v Trenčíne. Podľa § 250d ods. 2 O.s.p. ak predseda senátu zistí, že súd nie je vecne alebo miestne príslušný, postúpi vec uznesením príslušnému súdu. V uvedenej veci bolo zistené, že všeobecným súdom žalobcu je súd, ktorý je v obvode Krajského súdu v Trenčíne a keďže ide o preskúmanie rozhodnutia žalovaného - orgánu s pôsobnosťou pre celé územie Slovenskej republiky, miestne príslušným je Krajský súd v Trenčíne, ktorému bude vec postúpená po právoplatnosti tohto uznesenia. Poučenie: : Proti tomuto uzneseniu nie je prípustné odvolanie.</w:t>
      </w:r>
    </w:p>
    <w:p/>
    <w:p>
      <w:r>
        <w:t>Zdroj: KAUZIS.SK – https://www.kauzis.sk/judikatura/r/ECLI:SK:KSBA:2012:1012201629.1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