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8Scud/17/2012 z 17. 12. 2012</w:t>
      </w:r>
    </w:p>
    <w:p>
      <w:r>
        <w:t>Uznesenie Krajského súdu Bratislava z 17. decembra 2012, sp. zn. 8Scud/17/2012, ECLI:SK:KSBA:2012:1012203912.1</w:t>
      </w:r>
    </w:p>
    <w:p>
      <w:r>
        <w:t>Súd: Krajský súd Bratislava</w:t>
      </w:r>
    </w:p>
    <w:p>
      <w:r>
        <w:t>Spisová značka: 8Scud/17/2012</w:t>
      </w:r>
    </w:p>
    <w:p>
      <w:r>
        <w:t>ECLI: ECLI:SK:KSBA:2012:1012203912.1</w:t>
      </w:r>
    </w:p>
    <w:p>
      <w:r>
        <w:t>Dátum vydania: 17. 12. 2012</w:t>
      </w:r>
    </w:p>
    <w:p>
      <w:r>
        <w:t>Forma: Uznesenie</w:t>
      </w:r>
    </w:p>
    <w:p>
      <w:pPr>
        <w:pStyle w:val="Heading2"/>
      </w:pPr>
      <w:r>
        <w:t>Text rozhodnutia</w:t>
      </w:r>
    </w:p>
    <w:p>
      <w:r>
        <w:t>Súd: Krajský súd Bratislava Spisová značka: 8Scud/17/2012 Identifikačné číslo súdneho spisu: 1012203912 Dátum vydania rozhodnutia: 18. 12. 2012 Meno a priezvisko sudcu, VSÚ: JUDr. Peter Pospech ECLI: ECLI:SK:KSBA:2012:1012203912.1 Uznesenie Krajský súd v Bratislave pred samosudcom JUDr. Petrom Pospechom, v právnej veci navrhovateľa: S. C., H.. XX.XX.XXXX, C. H. XXX, XXX XX C. - H. C., Č. Q., proti odporcovi: Sociálna poisťovňa - ústredie, Ul. 29. augusta č. 8, 813 63 Bratislava, v spore o doplatenie invalidného dôchodku, takto r o z h o d o l : Krajský súd v Bratislave návrh na preskúmanie o d m i e t a . Žiaden z účastníkov nemá právo na náhradu trov konania. o d ô v o d n e n i e : Dňa 29.11.2012 bola konajúcemu súdu doručená žaloba o doplatenie invalidného dôchodku. Z podania navrhovateľa zo dňa 22.10.2012 nie je zrejmé, ktoré rozhodnutie Sociálnej poisťovne napáda. Navrhovateľ napáda postup Sociálnej poisťovne pri určovaní stupňa jeho invalidity. Naposledy rozhodnutím č. XXX XXX XXXX X zo dňa 20.08.2012 bola navrhovateľovi zamietnutá žiadosť o zvýšenie invalidného dôchodku. Rozhodnutie č. XXX XXX XXXX X zo dňa 20.08.2012 bolo navrhovateľovi v súlade s ust. § 212 ods. 3 písm. a/ zákona do vlastných rúk doručené dňa 27.08.2012. Jeho prevzatie potvrdil navrhovateľ svojím podpisom na doručenke, ktorá je súčasťou spisového materiálu. Podľa ustanovenia § 250m ods. 2 O.s.p. návrh sa podáva na príslušnom súde v lehote 30 dní od doručenia rozhodnutia pokiaľ osobitný zákon neustanovuje niečo iné. Návrh je podaný včas, ak bol podaný v lehote na orgáne, ktorý vydal napadnuté rozhodnutie. Uvedené rozhodnutie obsahovalo správne poučenie o mieste a lehote na podanie návrhu na jeho preskúmanie. Opravný prostriedok navrhovateľa bol napísaný dňa 22.10.2012 a doručený Krajskému súdu v Bratislave dňa 29.10.2012, t.j. po uplynutí lehoty na podanie návrhu na preskúmanie rozhodnutia. Vzhľadom na oneskorené podanie opravného prostriedku navrhovateľom proti napadnutému rozhodnutiu konajúci súd návrh na preskúmanie rozhodnutia odmietol ako oneskorené podané. Výrok o trovách konania konajúci súd oprel o skutočnosť, že žiaden z účastníkov nemá právo na náhradu trov konania, podľa § 250k a l O.s.p.. Poučenie: Proti tomuto rozhodnutiu je možné podať odvolanie v lehote 15 dní od jeho doručenia na Krajskom súde v Bratislave, písomne, dvojmo. V odvolaní sa má okrem všeobecných náležitostí /§ 42 ods. 3 O.s.p./ uviesť voči ktorému rozhodnutiu odvolanie smeruje, v akom rozsahu ho odvolávateľ napáda a v čom vidí odvolávateľ nesprávnosť postupu a rozhodnutia súdu</w:t>
      </w:r>
    </w:p>
    <w:p/>
    <w:p>
      <w:r>
        <w:t>Zdroj: KAUZIS.SK – https://www.kauzis.sk/judikatura/r/ECLI:SK:KSBA:2012:1012203912.1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