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2Cob/167/2012 z 25. 4. 2012</w:t>
      </w:r>
    </w:p>
    <w:p>
      <w:r>
        <w:t>Uznesenie Krajského súdu Bratislava z 25. apríla 2012, sp. zn. 2Cob/167/2012, ECLI:SK:KSBA:2012:1012898334.1</w:t>
      </w:r>
    </w:p>
    <w:p>
      <w:r>
        <w:t>Súd: Krajský súd Bratislava</w:t>
      </w:r>
    </w:p>
    <w:p>
      <w:r>
        <w:t>Spisová značka: 2Cob/167/2012</w:t>
      </w:r>
    </w:p>
    <w:p>
      <w:r>
        <w:t>ECLI: ECLI:SK:KSBA:2012:1012898334.1</w:t>
      </w:r>
    </w:p>
    <w:p>
      <w:r>
        <w:t>Dátum vydania: 25. 4.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2Cob/167/2012 Identifikačné číslo súdneho spisu: 1012898334 Dátum vydania rozhodnutia: 26. 04. 2012 Meno a priezvisko sudcu, VSÚ: JUDr. Zita Ilčíková ECLI: ECLI:SK:KSBA:2012:1012898334.1 Uznesenie Krajský súd v Bratislave v právnej veci navrhovateľa: H.. X. Z., nar. XX.XX.XXXX, bytom K. S. oborou XXX/X, XXX XX V. 7, zast.: JUDr. Ivetou Hrebenárovou, A.K., Grešova 7, Prešov, proti odporcovi: O R I S a.s., Brečtanová 2, 831 01 Bratislava, IČO: 00 683 671, zast.: MARKECHOVA JMJ LEGAL, A.K., s.r.o., Bajkalská 5/C, Bratislava, o zaplatenie 31.313,89 Eur s príslušenstvom, o odvolaní navrhovateľa proti rozsudku Okresného súdu Bratislava III č.k. 29Cb/69/2010 zo dňa 22.12.2011 takto r o z h o d o l : Odvolacie konanie sa z a s t a v u j e . Žiaden z účastníkov nemá právo na náhradu trov odvolacieho konania. o d ô v o d n e n i e : Napadnutým rozhodnutím súd prvého stupňa navrhovateľovi nepriznal oslobodenie od súdnych poplatkov celkom. Proti tomuto rozhodnutiu podal odvolanie navrhovateľ, ktorým žiadal uznesenie súdu prvého stupňa zrušiť a vec vrátiť na ďalšie konanie. Dňa 19.04.2012 zobral svoje odvolanie späť s poukazom na ust. § 207 ods. 2 O.s.p. Podľa § 207 ods. 2 O.s.p. dokiaľ o odvolaní nie je rozhodnuté, možno ho vziať späť. Odvolanie bolo vzaté späť, preto odvolacie konanie bolo zastavené. O trovách odvolacieho konania súd rozhodol podľa § 224 ods. 1 a 146 ods. 1 písm. c) O.s.p. Poučenie: Proti tomuto uzneseniu odvolanie nie je prípustné.</w:t>
      </w:r>
    </w:p>
    <w:p/>
    <w:p>
      <w:r>
        <w:t>Zdroj: KAUZIS.SK – https://www.kauzis.sk/judikatura/r/ECLI:SK:KSBA:2012:1012898334.1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