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36CB/205/1996 z 26. 7. 2012</w:t>
      </w:r>
    </w:p>
    <w:p>
      <w:r>
        <w:t>Uznesenie Krajského súdu Bratislava z 26. júla 2012, sp. zn. 36CB/205/1996, ECLI:SK:KSBA:2012:1096897864.1</w:t>
      </w:r>
    </w:p>
    <w:p>
      <w:r>
        <w:t>Súd: Krajský súd Bratislava</w:t>
      </w:r>
    </w:p>
    <w:p>
      <w:r>
        <w:t>Spisová značka: 36CB/205/1996</w:t>
      </w:r>
    </w:p>
    <w:p>
      <w:r>
        <w:t>ECLI: ECLI:SK:KSBA:2012:1096897864.1</w:t>
      </w:r>
    </w:p>
    <w:p>
      <w:r>
        <w:t>Dátum vydania: 26.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36CB/205/1996 Identifikačné číslo súdneho spisu: 1096897864 Dátum vydania rozhodnutia: 27. 07. 2012 Meno a priezvisko sudcu, VSÚ: JUDr. Peter Pospech ECLI: ECLI:SK:KSBA:2012:1096897864.1 Uznesenie Krajský súd v Bratislave, pred samosudcom JUDr. Petrom Pospechom, v právnej veci žalobcu : Slovenský vodohospodársky podnik, š.p. OZ Bratislava, Karloveská 2, 842 17 Bratislava, IČO: 36 022 047, proti žalovanému : v 1. rade Stavoindustria PLUS, a.s. Bratislava, IČO: 35 761 181, Bulharská 70, 823 52 Bratislava a proti žalovanému v 2. rade, SIBA DELTA, a.s. Bratislava, Bulharská 70, 823 52 Bratislava, o zaplatenie sumy 1,290.280,- Sk, takto r o z h o d o l : Súd konanie voči žalovanému 2/ SIBA DELTA, a.s. Bratislava, IČO: 35 761 199, so sídlom Bulharská 70, Bratislava, z a s t a v u j e. o d ô v o d n e n i e : Žalobným návrhom, došlým pôvodne Obvodnému súdu Bratislava II, dňa 25.10.1995, odstúpeným neskôr Krajskému súdu v Bratislave, si označený žalobca uplatnil voči žalovanému v 1. rade a žalovanému v 2. rade nárok na zaplatenie sumy 1,290.280,- Sk istiny s príslušenstvom. Písomným podaním došlým Krajskému súdu v Bratislave dňa 21.10.2008, zobral žalobca žalobu späť voči žalovanému v 2. rade, SIBA DELTA, a.s. Bratislava, Bulharská 70, 823 52 Bratislava a súčasne zotrval na svojom žalobnom návrhu voči žalovanému v 1. rade Stavoindustria PLUS, a.s. Bratislava. Podľa § 96 ods. 1 OSP, navrhovateľ môže vziať za konania späť návrh na jeho začatie a to z časti, alebo celkom. Ak je návrh vzatý späť celkom, súd konanie zastaví. Ak je návrh vzatý späť z časti, súd konanie v tejto časti zataví. Konajúci súd z výpisu Obchodného registra Okresného súdu Bratislava I zistil, že žalovaný v 2. rade bol vymazaný z obchodného registra dňom 10.8.2007. Vzhľadom k tejto skutočnosti a čiastočnému späťvzatiu žalobného návrhu voči žalovanému v 2. rade žalobcom, súd konanie voči žalovanému v 2. rade zastavil v súlade s ust. § 96 ods. 1 OSP. Poučenie: Proti tomuto uzneseniu je možné podať odvolanie do 15 dní od jeho doručenia, na Krajskom súde v Bratislave, písomne, dvojmo.</w:t>
      </w:r>
    </w:p>
    <w:p/>
    <w:p>
      <w:r>
        <w:t>Zdroj: KAUZIS.SK – https://www.kauzis.sk/judikatura/r/ECLI:SK:KSBA:2012:1096897864.1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