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3K/70/1996 z 27. 3. 2012</w:t>
      </w:r>
    </w:p>
    <w:p>
      <w:r>
        <w:t>Uznesenie Krajského súdu Bratislava z 27. marca 2012, sp. zn. 3K/70/1996, ECLI:SK:KSBA:2012:1096898513.2</w:t>
      </w:r>
    </w:p>
    <w:p>
      <w:r>
        <w:t>Súd: Krajský súd Bratislava</w:t>
      </w:r>
    </w:p>
    <w:p>
      <w:r>
        <w:t>Spisová značka: 3K/70/1996</w:t>
      </w:r>
    </w:p>
    <w:p>
      <w:r>
        <w:t>ECLI: ECLI:SK:KSBA:2012:1096898513.2</w:t>
      </w:r>
    </w:p>
    <w:p>
      <w:r>
        <w:t>Dátum vydania: 27. 3.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3K/70/1996 Identifikačné číslo súdneho spisu: 1096898513 Dátum vydania rozhodnutia: 28. 03. 2012 Meno a priezvisko sudcu, VSÚ: JUDr. Eugen Palášthy ECLI: ECLI:SK:KSBA:2012:1096898513.2 Uznesenie Krajský súd v Bratislave v konkurznej veci úpadcu: VERS, spol. s r.o. v likvidácii, sídlom Šteruská cesta 3, Vrbové, IČO: 00 598 551, takto r o z h o d o l : Súd z r u š u j e konkurz vyhlásený uznesením tunajšieho súdu zo dňa 18.02.1998, pod č. k. Z-2 3K 70/96-27, po splnení rozvrhového uznesenia. Súd z b a v u j e JUDr. Svetlanu Machovú, sídlom AK Čulenova 2A/2621, 909 01 Skalica, funkcie správcu konkurznej podstaty. o d ô v o d n e n i e : Dňa 20.03.2012 správkyňa konkurznej podstaty JUDr. Svetlana Machová predložila súdu správu o záverečnom vyúčtovaní konkurzu a vysporiadaní pohľadávok veriteľov podľa rozvrhového uznesenia, č. k. Z-2 3K 70/96-276 zo dňa 03.06.2010, ktoré nadobudlo právoplatnosť dňa 16.07.2012.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https://www.kauzis.sk/judikatura/r/ECLI:SK:KSBA:2012:1096898513.2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