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4K/13/1997 z 17. 1. 2012</w:t>
      </w:r>
    </w:p>
    <w:p>
      <w:r>
        <w:t>Uznesenie Krajského súdu Bratislava z 17. januára 2012, sp. zn. 4K/13/1997, ECLI:SK:KSBA:2012:1097899223.1</w:t>
      </w:r>
    </w:p>
    <w:p>
      <w:r>
        <w:t>Súd: Krajský súd Bratislava</w:t>
      </w:r>
    </w:p>
    <w:p>
      <w:r>
        <w:t>Spisová značka: 4K/13/1997</w:t>
      </w:r>
    </w:p>
    <w:p>
      <w:r>
        <w:t>ECLI: ECLI:SK:KSBA:2012:1097899223.1</w:t>
      </w:r>
    </w:p>
    <w:p>
      <w:r>
        <w:t>Dátum vydania: 17. 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4K/13/1997 Identifikačné číslo súdneho spisu: 1097899223 Dátum vydania rozhodnutia: 18. 01. 2012 Meno a priezvisko sudcu, VSÚ: JUDr. Lýdia Noskovičová ECLI: ECLI:SK:KSBA:2012:1097899223.1 Uznesenie Krajský súd v Bratislave v konkurznej veci úpadcu: Alfonz Pachinger, T. XX, XXX XX S., miesto podnikania: Hotel Rozkvet, Ľ. Štúra, Levice, IČO: 11 721 413, s ustanoveným správcom konkurznej podstaty JUDr. Helenou Hledíkovou, advokátkou, J. XX/A, XXX XX U., takto r o z h o d o l : Súd z r u š u j e konkurz na majetok úpadcu: Alfonz Pachinger, T. XX, XXX XX S., miesto podnikania: Hotel Rozkvet, Ľ. Štúra, Levice, IČO: 11 721 413, podľa § 44 ods. 1 písm. b) ZKV po splnení rozvrhového uznesenia. Súd z b a v u j e JUDr. Helenu Hledíkovú, advokátku, J. XX/A, XXX XX U., funkcie správcu konkurznej podstaty. o d ô v o d n e n i e : Uznesením tunajšieho súdu pod č.k. 4K 13/97-28 zo dňa 13.08.1997 bol vyhlásený konkurz na majetok dlžníka: Alfonz Pachinger, T. XX, XXX XX S., miesto podnikania: Hotel Rozkvet, Ľ. Štúra, Levice, IČO: 11 721 413 a za správcu konkurznej podstaty súd ustanovil JUDr. Blanku Malichovú, advokátku, R. XX, XXX XX U.. Uznesením súdu pod č.k. 4K 13/97-202 zo dňa 06.05.2003 bola JUDr. Malichová na vlastnú žiadosť zbavená funkcie správcu konkurznej podstaty a súd zároveň v predmetnom uznesení do funkcie nového správcu ustanovil JUDr. Helenu Hledíkovú, advokátku, sídlom T. X/A, XXX XX U.. Rozvrhovým uznesením tunajšieho súdu č.k. 4K 13/97-350 zo dňa 14.03.2011 súd na návrh správcu konkurznej podstaty rozhodol o rozdelení finančných prostriedkov získaných speňažením konkurznej podstaty. Správca konkurznej podstaty predložil súdu dňa 23.12.2011 správu o realizácii rozvrhového uznesenia, ktoré nadobudlo právoplatnosť dňa 19.04.2011, ku ktorej doložil ako dôkazy fotokópie bankových výpisov, prevodných príkazov, výdavkových pokladničných dokladov a ústrižkov poštových poukážok o vykonaných úhradách veriteľom a návrh na zrušenie konkurzu a zbavenie funkcie správcu. Správca zároveň súdu oznámil, že suma 294,29 Eur, ako prírastok na účte odo dňa vydania rozvrhového uznesenia do doby jeho realizácie, bola pomerne vyplatená konkurzným veriteľom s pohľadávkami zaradenými do 2. triedy podľa koeficientu 0,001344 nasledovne: Veriteľ Uspokojuje sa vo výške Slovenská Konsolidačná, a.s. 160,41 Eur Daňový úrad Levice 20,21 Eur Mesto Levice 53,47 Eur Sociálna poisťovňa (pôv. NÚP - OÚP Levice) zv. 5 a 9 54,48 Eur Všeobecná zdravotná poisťovňa 1,90 Eur Krajský súd Bratislava Justičná pokladnica 3,82 Eur V zmysle § 44 ods.1 písm. b/ zák. č. 328/91 Zb. o konkurze a vyrovnaní v platnom znení súd zruší konkurz, v ktorom nedošlo k potvrdeniu núteného vyrovnania, po splnení rozvrhového uznesenia a podľa ods. 4 citovaného ustanovenia, súd zbaví správcu funkcie. Keďže správca konkurznej podstaty preukázal splnenie rozvrhového uznesenia ako aj rozdelenie dodatočne získaných finančných prostriedkov veriteľom bankovými výpismi, súd v zmysle týchto ustanovení zrušil konkurz a správcu konkurznej podstaty zbavil funkcie. Správca konkurznej podstaty oznámi súdu, či ukončil účtovnú uzávierku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Podľa § 45 ods. 2 ZKV na základe zoznamu prihlášok možno po právoplatnosti uznesenia o zrušení konkurzu viesť pre zistenú pohľadávku výkon rozhodnutia alebo exekúciu na majetok úpadcu.</w:t>
      </w:r>
    </w:p>
    <w:p/>
    <w:p>
      <w:r>
        <w:t>Zdroj: KAUZIS.SK – https://www.kauzis.sk/judikatura/r/ECLI:SK:KSBA:2012:1097899223.1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