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8K/100/1998 z 17. 12. 2012</w:t>
      </w:r>
    </w:p>
    <w:p>
      <w:r>
        <w:t>Uznesenie Krajského súdu Bratislava z 17. decembra 2012, sp. zn. 8K/100/1998, ECLI:SK:KSBA:2012:1098898087.3</w:t>
      </w:r>
    </w:p>
    <w:p>
      <w:r>
        <w:t>Súd: Krajský súd Bratislava</w:t>
      </w:r>
    </w:p>
    <w:p>
      <w:r>
        <w:t>Spisová značka: 8K/100/1998</w:t>
      </w:r>
    </w:p>
    <w:p>
      <w:r>
        <w:t>ECLI: ECLI:SK:KSBA:2012:1098898087.3</w:t>
      </w:r>
    </w:p>
    <w:p>
      <w:r>
        <w:t>Dátum vydania: 17. 12.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8K/100/1998 Identifikačné číslo súdneho spisu: 1098898087 Dátum vydania rozhodnutia: 18. 12. 2012 Meno a priezvisko sudcu, VSÚ: JUDr. Boris Tóth ECLI: ECLI:SK:KSBA:2012:1098898087.3 Uznesenie Krajský súd v Bratislave v konkurznej veci úpadcu: T.. B. U., bytom C. 1, XXX XX G., podnikateľ obchodného mena Ing. Jozef Okoličányi Bello, Vodná 23, 949 01 Nitra, IČO: 22 682 180, s ustanoveným správcom konkurznej podstaty JUDr. Petrom Sopkom, advokátom, sídlom kancelárie Paulínska 24, 917 01 Trnava, takto r o z h o d o l : Súd z r u š u j e konkurz na majetok úpadcu T.. B. U., bytom C. 1, XXX XX G., podnikateľ obchodného mena Ing. Jozef Okoličányi Bello, Vodná 23, 949 01 Nitra, IČO: 22 682 180, vyhlásený uznesením pod č.k. 8K/100/1998-42 zo dňa 23.06.1998, po splnení rozvrhového uznesenia podľa § 44 ods. 1 písm. b) ZKV. Súd z b a v u j e JUDr. Petra Sopka, advokáta, funkcie správcu konkurznej podstaty. o d ô v o d n e n i e : Uznesením tunajšieho súdu pod č.k. 8K/100/1998-42 zo dňa 23.06.1998 bol vyhlásený konkurz na majetok dlžníka T.. B. U., bytom C. 1, XXX XX G., podnikateľ obchodného mena Ing. Jozef Okoličányi Bello, Vodná 23, 949 01 Nitra, IČO: 22 682 180. Súd zároveň v predmetnom uznesení ustanovil do funkcie správcu konkurznej podstaty JUDr. Vieru Klíčovú, advokátku, Riečna 2, Bratislava, ktorú uznesením č.k. 8K/100/1998-73 zo dňa 18.03.1999 súd na jej vlastnú žiadosť zbavil funkcie a za správu konkurznej podstaty zároveň ustanovil JUDr. Petra Sopka, advokáta, Hlavná 22, Trnava, teraz Paulínska 24, 917 01 Trnava. Uznesením č.k.8K/100/1998-357 zo dňa 06.06.2012 súd na návrh správcu konkurznej podstaty rozhodol o rozdelení finančných prostriedkov, získaných speňažením konkurznej podstaty. Podaním zo dňa 13.12.2012, doručeným súdu dňa 17.12.2012, správca konkurznej podstaty predložil súdu správu spolu s bankovými výpismi, ktorá obsahuje informáciu o zrealizovaní uznesenia o rozvrhu, ktoré nadobudlo právoplatnosť dňa 13.07.2012. Z majetku úpadcu patriaceho do konkurznej podstaty nebol žiaden majetok vylúčený v zmysle ust. § 27 ods. 5 ZKV v znení platnom pre toto konanie. V zmysle § 44 ods.1 písm. b/ zák. č. 328/91 Zb. o konkurze a vyrovnaní v platnom znení,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ZKV), v akom rozsahu sa napáda, v čom sa toto rozhodnutie alebo postup súdu považuje za nesprávny a čoho sa odvolateľ domáha (§ 204 ods. 1 a § 205 os.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https://www.kauzis.sk/judikatura/r/ECLI:SK:KSBA:2012:1098898087.3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