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1K/209/1998 z 15. 2. 2012</w:t>
      </w:r>
    </w:p>
    <w:p>
      <w:r>
        <w:t>Uznesenie Krajského súdu Bratislava z 15. februára 2012, sp. zn. 1K/209/1998, ECLI:SK:KSBA:2012:1098899003.2</w:t>
      </w:r>
    </w:p>
    <w:p>
      <w:r>
        <w:t>Súd: Krajský súd Bratislava</w:t>
      </w:r>
    </w:p>
    <w:p>
      <w:r>
        <w:t>Spisová značka: 1K/209/1998</w:t>
      </w:r>
    </w:p>
    <w:p>
      <w:r>
        <w:t>ECLI: ECLI:SK:KSBA:2012:1098899003.2</w:t>
      </w:r>
    </w:p>
    <w:p>
      <w:r>
        <w:t>Dátum vydania: 15. 2.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1K/209/1998 Identifikačné číslo súdneho spisu: 1098899003 Dátum vydania rozhodnutia: 16. 02. 2012 Meno a priezvisko sudcu, VSÚ: JUDr. Eugen Palášthy ECLI: ECLI:SK:KSBA:2012:1098899003.2 Uznesenie Krajský súd v Bratislave v konkurznej veci úpadcu: Ján Holénia GAHOJA-PÍLA-DREVOVÝROBA, Riečna č. 73, 958 01 Partizánske, IČO: 30 328 161, takto r o z h o d o l : Súd z r u š u j e konkurz vyhlásený uznesením tunajšieho súdu zo dňa 21.02.2001, pod č. k. 1K 209/98-140 z dôvodu, že majetok úpadcu nepostačuje na úhradu výdavkov a odmeny správcu konkurznej podstaty. Súd z b a v u j e Mgr. Tatianu Bezákovú, sídlom AK Bernolákova 2323/28, 955 01 Topoľčany, funkcie správcu konkurznej podstaty. o d ô v o d n e n i e : Dňa 10.02.2012 správkyňa konkurznej podstaty Mgr. Tatiana Bezáková predložila súdu správu, podľa ktorej sa v priebehu konkurzu nepodarilo speňažiť prakticky žiadny majetok úpadcu, pričom hodnota speňaženého majetku úpadcu nepostačuje ani na úhradu výdavkov a odmeny správcu. Príjem zo speňaženej konkurznej podstaty predstavuje 0,- EUR (0,- Sk). Uskutočnené boli 3 kolá verejného ponukového konania (za hnuteľné veci, nehnuteľné veci a pohľadávky). Na základe opatrenia Krajského súdu v Bratislave č. k. 1K 209/1998-562 zo dňa 9.12.2011 bol z konkurznej podstaty vylúčený prakticky celý majetok úpadcu. V konkurznej podstate sa už nenachádza žiadny majetok. V zmysle § 44 ods. 1 písm. d/ zák. č. 328/1991 Zb. v platnom znení súd zruší konkurz, ak zistí, že majetok úpadcu nepostačuje na úhradu výdavkov a odmeny správcu, pričom sa neprihliada na veci a pohľadávky vylúčené z podstaty a podľa ods. 4 citovaného ustanovenia súd zbaví správcu funkcie. Keďže správkyňa konkurznej podstaty preukázala, že majetok úpadcu nepostačuje na úhradu výdavkov a odmeny správcu v zmysle uvedených ustanovení súd konkurzu zrušil a správcu konkurznej podstaty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 (§ 45 ods. 1 zák. č. 328/1991 Zb. v znení neskorších predpisov.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https://www.kauzis.sk/judikatura/r/ECLI:SK:KSBA:2012:1098899003.2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