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3K/253/1998 z 17. 5. 2012</w:t>
      </w:r>
    </w:p>
    <w:p>
      <w:r>
        <w:t>Uznesenie Krajského súdu Bratislava z 17. mája 2012, sp. zn. 3K/253/1998, ECLI:SK:KSBA:2012:1098899101.1</w:t>
      </w:r>
    </w:p>
    <w:p>
      <w:r>
        <w:t>Súd: Krajský súd Bratislava</w:t>
      </w:r>
    </w:p>
    <w:p>
      <w:r>
        <w:t>Spisová značka: 3K/253/1998</w:t>
      </w:r>
    </w:p>
    <w:p>
      <w:r>
        <w:t>ECLI: ECLI:SK:KSBA:2012:1098899101.1</w:t>
      </w:r>
    </w:p>
    <w:p>
      <w:r>
        <w:t>Dátum vydania: 17. 5.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3K/253/1998 Identifikačné číslo súdneho spisu: 1098899101 Dátum vydania rozhodnutia: 18. 05. 2012 Meno a priezvisko sudcu, VSÚ: JUDr. Eugen Palášthy ECLI: ECLI:SK:KSBA:2012:1098899101.1 Uznesenie Krajský súd v Bratislave v konkurznej veci úpadcu: Poľnohospodárske družstvo, sídlom Záhorská Ves, IČO: 00 613 762, takto r o z h o d o l : Súd z r u š u j e konkurz vyhlásený uznesením tunajšieho súdu zo dňa 14.02.2000, pod č. k. 3K 253/98-847, po splnení rozvrhového uznesenia. Súd z b a v u j e JUDr. Imricha Foltýna, sídlom AK Zámocká 1066/2, 901 01 Malacky, funkcie správcu konkurznej podstaty. o d ô v o d n e n i e : Dňa 21.03.2012 správca konkurznej podstaty JUDr. Imrich Foltýn predložil súdu správu o záverečnom vyúčtovaní konkurzu a vysporiadaní pohľadávok veriteľov (doplnenú dňa 27.04.2012) podľa rozvrhového uznesenia, č. k. 3K 253/1998-518 zo dňa 31.01.2012, ktoré nadobudlo právoplatnosť dňa 08.03.2012. V zmysle § 44 ods. 1 písm. b/ zák. č. 328/1991 Zb. v platnom znení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vestníku, na Krajskom súde v Bratislave.</w:t>
      </w:r>
    </w:p>
    <w:p/>
    <w:p>
      <w:r>
        <w:t>Zdroj: KAUZIS.SK – https://www.kauzis.sk/judikatura/r/ECLI:SK:KSBA:2012:1098899101.1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