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9K/21/1998 z 24. 1. 2012</w:t>
      </w:r>
    </w:p>
    <w:p>
      <w:r>
        <w:t>Uznesenie Krajského súdu Bratislava z 24. januára 2012, sp. zn. 9K/21/1998, ECLI:SK:KSBA:2012:1098899794.1</w:t>
      </w:r>
    </w:p>
    <w:p>
      <w:r>
        <w:t>Súd: Krajský súd Bratislava</w:t>
      </w:r>
    </w:p>
    <w:p>
      <w:r>
        <w:t>Spisová značka: 9K/21/1998</w:t>
      </w:r>
    </w:p>
    <w:p>
      <w:r>
        <w:t>ECLI: ECLI:SK:KSBA:2012:1098899794.1</w:t>
      </w:r>
    </w:p>
    <w:p>
      <w:r>
        <w:t>Dátum vydania: 24. 1. 2012</w:t>
      </w:r>
    </w:p>
    <w:p>
      <w:r>
        <w:t>Forma: Uznesenie</w:t>
      </w:r>
    </w:p>
    <w:p>
      <w:r>
        <w:t>Oblasť práva: Obchodné právo</w:t>
      </w:r>
    </w:p>
    <w:p>
      <w:pPr>
        <w:pStyle w:val="Heading2"/>
      </w:pPr>
      <w:r>
        <w:t>Text rozhodnutia</w:t>
      </w:r>
    </w:p>
    <w:p>
      <w:r>
        <w:t>Súd: Krajský súd Bratislava Spisová značka: 9K/21/1998 Identifikačné číslo súdneho spisu: 1098899794 Dátum vydania rozhodnutia: 25. 01. 2012 Meno a priezvisko sudcu, VSÚ: JUDr. Boris Tóth ECLI: ECLI:SK:KSBA:2012:1098899794.1 Uznesenie Krajský súd v Bratislave v konkurznej veci úpadcu: AGROKONT-UNICO, a.s. v likvidácii, Hadovce 5, 945 49 Komárno, IČO: 34 116 371, s ustanoveným správcom konkurznej podstaty Ing. Milanom Kubicom, sídlom správcu O. XX, XXX XX P., takto r o z h o d o l : Súd z r u š u j e konkurz na majetok úpadcu podľa § 44 ods. 1 písm. a) a d) ZKV, ktorý bol vyhlásený uznesením č.k. 9K 21/98-133 dňa 27.03.2000. Súd z b a v u j e Ing. Milana Kubicu, sídlom O. XX, XXX XX P., funkcie správcu konkurznej podstaty. Pohľadávky konkurzných veriteľov priznané správcom konkurznej podstaty a zaradené do tried podľa § 32 zák.č. 328/1991 Zb. o konkurze a vyrovnaní v znení neskorších predpisov uspokojené nebudú pre nedostatok finančných prostriedkov. o d ô v o d n e n i e : Uznesením tunajšieho súdu pod č.k. 9K 21/98-133 zo dňa 27.03.2000 bol vyhlásený konkurz na majetok úpadcu: AGROKONT-UNICO, a.s. v likvidácii, Hadovce 5, 945 49 Komárno, IČO: 34 116 371. Súd zároveň v predmetnom uznesení ustanovil do funkcie správcu konkurznej podstaty Ing. Milana Kubicu, sídlom O. XX, XXX XX P.. Dňa 03.12.2004 predložil súdu správca konkurznej podstaty konečnú správu o speňažení majetku z podstaty a vyúčtovaní odmeny a výdavkov správcu. Konečná správa bola súdom schválená uznesením pod č.k. 9K 21/98-689 zo dňa 24.05.2005, ktoré nadobudlo právoplatnosť dňa 09.09.2005. Na základe aktualizovanej konečnej správy v zmysle uznesenia Najvyššieho súdu SR 6Obo261/2005 zo dňa 17.08.2005 predloženej súdu správcom dňa 03.09.2010, súd opatrením zo dňa 07.03.2011 dal súhlas správcovi na vydanie výťažkov oddeleným veriteľom VINACO HOLDINGS LIMITED, sídlom Kyriakou Matsi Street 16, EAGLE HOUSE, 10th floor, Agioi Omologites, P.C. 1082, Nicosia, Cyprus a UniCredit Bank Slovakia, a.s., Bratislava po odpočítaní nákladov, správy, speňaženia, vydania výťažku, odmeny a výdavkov správcu. Dňa 19.12.2011 správca konkurznej podstaty predložil súdu návrh na zrušenie konkurzu a zbavenie funkcie správcu, v prílohe ktorého je pripojený výpis z konkurzného bankového účtu o uhradení nárokov oddeleným veriteľom, uhradení súdneho poplatku za konkurzné konanie a doklad o zrušení účtu. Súdny poplatok vo výške 1.991,64 eur bol uhradený na účet súdu dňa 15.12.2011. Správcovi konkurznej podstaty nezostali na účte žiadne finančné prostriedky na uspokojenie ostatných uplatnených pohľadávok konkurzných veriteľov zaradených do tried rozvrhom, preto tieto uspokojené nebudú. Súd v priebehu celého konania skúma, či sú splnené podmienky na to, aby sa mohlo v konaní pokračovať. Jednou z podmienok je, aby dlžník mal majetok postačujúci aspoň na úhradu trov konania / §5 ZKV/. Súd na základe konečnej správy správcu konkurznej podstaty zistil, že úpadca nemá majetok, ktorý by bolo možné speňažiť v rámci ponukových kôl a uspokojiť ani pomerne nároky konkurzných veriteľov v rámci tried rozvrhovým uznesením a ktorý by postačoval na ďalšie krytie nákladov konania. V zmysle § 44 ods.1 písm. a/ zák.č. 328/91 Zb. o konkurze a vyrovnaní v platnom znení súd uznesením zruší konkurz, v ktorom nedošlo k potvrdeniu núteného vyrovnania, ak zistí, že tu nie sú predpoklady pre konkurz. V zmysle § 44 ods.1 písm. d/ zák.č.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správcu konkurznej podstaty úpadcu bolo súdom rozhodnuté v uznesení o schválení konečnej správy. Správca konkurznej podstaty preukázal uhradenie nárokov na základe uznesenia o schválení konečnej správy bankovými dokladmi, preto súd v zmysle ust. § 44 ods. 1 písm a) a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https://www.kauzis.sk/judikatura/r/ECLI:SK:KSBA:2012:1098899794.1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