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43Cb/10/1999 z 14. 5. 2012</w:t>
      </w:r>
    </w:p>
    <w:p>
      <w:r>
        <w:t>Uznesenie Krajského súdu Bratislava z 14. mája 2012, sp. zn. 43Cb/10/1999, ECLI:SK:KSBA:2012:1099898182.2</w:t>
      </w:r>
    </w:p>
    <w:p>
      <w:r>
        <w:t>Súd: Krajský súd Bratislava</w:t>
      </w:r>
    </w:p>
    <w:p>
      <w:r>
        <w:t>Spisová značka: 43Cb/10/1999</w:t>
      </w:r>
    </w:p>
    <w:p>
      <w:r>
        <w:t>ECLI: ECLI:SK:KSBA:2012:1099898182.2</w:t>
      </w:r>
    </w:p>
    <w:p>
      <w:r>
        <w:t>Dátum vydania: 14. 5. 2012</w:t>
      </w:r>
    </w:p>
    <w:p>
      <w:r>
        <w:t>Forma: Uznesenie</w:t>
      </w:r>
    </w:p>
    <w:p>
      <w:pPr>
        <w:pStyle w:val="Heading2"/>
      </w:pPr>
      <w:r>
        <w:t>Text rozhodnutia</w:t>
      </w:r>
    </w:p>
    <w:p>
      <w:r>
        <w:t>Súd: Krajský súd Bratislava Spisová značka: 43Cb/10/1999 Identifikačné číslo súdneho spisu: 1099898182 Dátum vydania rozhodnutia: 15. 05. 2012 Meno a priezvisko sudcu, VSÚ: JUDr. Peter Pospech ECLI: ECLI:SK:KSBA:2012:1099898182.2 Uznesenie Krajský súd v Bratislave v právnej veci navrhovateľa: Slovenská konsolidačná, a. s., Cintorínska 21, 814 99 Bratislava, IČO: 35 774 005, proti odporcovi: Strojárne potravinového priemyslu a.s., Stará Vajnorská 4, 831 04 Bratislava, IČO: 31 393 446, o zaplatenie 907.839,40 Eur (27.349.569,80,- Sk), takto r o z h o d o l : I. Súd konanie z a s t a v u j e . II. Navrhovateľovi sa vracia súdny poplatok vo výške 16.430,99 Eur, prostredníctvom Daňového úradu Bratislava, po právoplatnosti uznesenia. III. Odporcovi sa súdny poplatok vo výške 16.430,99 Eur nevracia. IV. Žiaden z účastníkov nemá právo na náhradu trov konania. o d ô v o d n e n i e : Navrhovateľ sa návrhom zo dňa 21.10.1998 doručeným súdu dňa 27.10.1998 domáhal, aby súd odporcu zaviazal na zaplatenie sumy 447.322,74 Eur (13.476.045,- Sk), nedoplatku na úrokoch v sume 460.516,66 Eur (13.873.524,80,- Sk) a trov konania. Proti platobnému rozkazu Krajského súdu v Bratislave zo dňa 21.12.1998, č. k. 79Rob/1286/98-39 podal odporca odpor doručený súdu dňa 29.01.1999. Uznesením krajského súdu zo dňa 25.01.2000, č. k. 43Cb 10/99-67 bolo konanie prerušené až do právoplatného ukončenia veci vedenej na Krajskom súde v Bratislave pod sp. zn. 63Cb 63/98, neskôr postúpenej na Okresný súd Bratislava I a vedenej pod sp. zn. 31Cb 155/2000. Dňa 16.04.2012 bolo súdu doručené podanie navrhovateľa, ktorým berie podaný návrh v celom rozsahu späť a žiada, aby súd konanie s poukazom na § 96 ods. 1 zákona č. 99/1963 Zb. Občiansky súdny poriadok (ďalej iba „O.s.p.“) v celom rozsahu zastavil. Dôvod späťvzatia navrhovateľ neuviedol. Voči odporcovi si trovy konania neuplatnil a zároveň žiada o vrátenie zaplateného súdneho poplatku kráteného v zmysle § 11 ods. 4 zákona č. 71/1992 Zb. o súdnych poplatkoch (ďalej iba „zákon o súdnych poplatkoch“). Odporca súhlasí so späťvzatím návrhu a následným zastavením konania. Voči navrhovateľovi si trovy konania neuplatnil a zároveň žiada o vrátenie zaplateného súdneho poplatku kráteného v zmysle § 11 ods. 4 zákona o súdnych poplatkoch. Podľa § 96 ods. 1 O.s.p. navrhovateľ môže vziať za konania späť návrh na jeho začatie, a to sčasti alebo celkom. Ak je návrh vzatý späť celkom, súd konanie zastaví. Ak je návrh vzatý späť sčasti, súd konanie v tejto časti zastaví. Podľa § 11 ods. 3 prvá veta zákona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Podľa § 11 ods. 4 prvá veta zákona o súdnych poplatkoch okrem poplatku v rozvodovom konaní a poplatku, ktorý sa vracia podľa odseku 1, sa poplatok alebo jeho časť (preplatok) vracia krátený o 1 %, najmenej však 6, 63 eura. Podľa § 11 ods. 9 zákona o súdnych poplatkoch poplatok za odpor sa vráti, ak sa návrh na začatie konania vzal späť pred začatím pojednávania vo veci samej alebo konanie sa zastavilo pred začatím pojednávania vo veci samej. Vzhľadom na vyššie uvedené súd v zmysle ustanovenia § 96 ods. 1 druhá veta O.s.p. konanie o zaplatenie 907.839,40 Eur (27.349.569,80,- Sk) zastavil. O vrátení zaplateného súdneho poplatku navrhovateľovi za podaný návrh rozhodol súd v súlade s ustanovením § 11 ods. 3 prvá veta a ods. 4 zákona o súdnych poplatkoch. V zmysle týchto ustanovení sa navrhovateľovi vracia zaplatený súdny poplatok, krátený o 165,97 Eur, t.j. vo výške 16.430,99 Eur. Odporcovi sa súdny poplatok za podaný odpor nevracia, nakoľko s obsahu spisového materiálu nevyplýva, že by bol odporcom zaplatený, naopak, zo záznamu o zložení zo dňa 23.07.1999 (č. l. 58) je zrejmé, že súdny poplatok za odpor proti platobnému rozkazu zaplatený nebol. O trovách konania rozhodol súd podľa § 146 ods. 1 písm. c) O.s.p. Poučenie: Proti tomuto uzneseniu je možné podať odvolanie do 15 dní odo dňa jeho doručenia na Krajskom súde v Bratislave. V odvolaní sa má popri všeobecných náležitostiach (§ 42 ods. 3 O.s.p.) uviesť, v čom sa toto rozhodnutie alebo postup súdu považuje za nesprávny a čoho sa odvolateľ domáha (§ 205 ods. 1 O.s.p.). Odvolanie je potrebné odôvodniť podľa § 205 ods. 2 O.s.p.</w:t>
      </w:r>
    </w:p>
    <w:p/>
    <w:p>
      <w:r>
        <w:t>Zdroj: KAUZIS.SK – https://www.kauzis.sk/judikatura/r/ECLI:SK:KSBA:2012:1099898182.2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