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6K/393/1999 z 15. 2. 2012</w:t>
      </w:r>
    </w:p>
    <w:p>
      <w:r>
        <w:t>Uznesenie Krajského súdu Bratislava z 15. februára 2012, sp. zn. 6K/393/1999, ECLI:SK:KSBA:2012:1099899007.3</w:t>
      </w:r>
    </w:p>
    <w:p>
      <w:r>
        <w:t>Súd: Krajský súd Bratislava</w:t>
      </w:r>
    </w:p>
    <w:p>
      <w:r>
        <w:t>Spisová značka: 6K/393/1999</w:t>
      </w:r>
    </w:p>
    <w:p>
      <w:r>
        <w:t>ECLI: ECLI:SK:KSBA:2012:1099899007.3</w:t>
      </w:r>
    </w:p>
    <w:p>
      <w:r>
        <w:t>Dátum vydania: 15.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6K/393/1999 Identifikačné číslo súdneho spisu: 1099899007 Dátum vydania rozhodnutia: 16. 02. 2012 Meno a priezvisko sudcu, VSÚ: JUDr. Eugen Palášthy ECLI: ECLI:SK:KSBA:2012:1099899007.3 Uznesenie Krajský súd v Bratislave v konkurznej veci úpadcu: Poľnohospodárske družstvo QUARTA Neded, so sídlom 925 85 Neded, IČO: 00 587 770, takto r o z h o d o l : Súd z r u š u j e konkurz vyhlásený uznesením tunajšieho súdu zo dňa 28.01.2000, pod č. k. 6K 393/99-99, po splnení rozvrhového uznesenia. Súd z b a v u j e JUDr. Henricha Dušeka, sídlom AK Vajnorská 8/A, 831 04 Bratislava, funkcie správcu konkurznej podstaty. o d ô v o d n e n i e : Dňa 13.02.2012 správca konkurznej podstaty JUDr. Henrich Dušek predložil súdu správu o záverečnom vyúčtovaní konkurzu a vysporiadaní pohľadávok veriteľov podľa rozvrhového uznesenia, č. k. 6K 393/99-558 zo dňa 23.02.2011, ktoré nadobudlo právoplatnosť dňa 02.04.2011.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https://www.kauzis.sk/judikatura/r/ECLI:SK:KSBA:2012:1099899007.3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