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75Cb/231/1999 z 13. 2. 2012</w:t>
      </w:r>
    </w:p>
    <w:p>
      <w:r>
        <w:t>Uznesenie Krajského súdu Bratislava z 13. februára 2012, sp. zn. 75Cb/231/1999, ECLI:SK:KSBA:2012:1099899306.3</w:t>
      </w:r>
    </w:p>
    <w:p>
      <w:r>
        <w:t>Súd: Krajský súd Bratislava</w:t>
      </w:r>
    </w:p>
    <w:p>
      <w:r>
        <w:t>Spisová značka: 75Cb/231/1999</w:t>
      </w:r>
    </w:p>
    <w:p>
      <w:r>
        <w:t>ECLI: ECLI:SK:KSBA:2012:1099899306.3</w:t>
      </w:r>
    </w:p>
    <w:p>
      <w:r>
        <w:t>Dátum vydania: 13. 2.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75Cb/231/1999 Identifikačné číslo súdneho spisu: 1099899306 Dátum vydania rozhodnutia: 14. 02. 2012 Meno a priezvisko sudcu, VSÚ: Mgr. Štefan Zelenák ECLI: ECLI:SK:KSBA:2012:1099899306.3 Uznesenie Krajský súd Bratislava v Bratislave v právnej veci žalobcu: AGROPAN, s. r. o., 951 05 Paňa 224., IČO: 34134034 proti žalovanému: JUDr. Július Goga, Štefánikova tr. 47., Nitra, správca konkurznej podstaty úpadcu Poľnohospodárske družstvo Agrokombinát Dolná Nitra vo Veľkom Cetíne, IČO:00198862 o vylúčenie vecí z konkurznej podstaty úpadcu takto r o z h o d o l : Súd konanie p r e r u š u j e do právoplatného skončenia veci vedenej Krajským súdom v Bratislave, sp. zn. 66Cbi 63/00. o d ô v o d n e n i e : Žalobou zo dňa 23.7.1999 sa žalobca domáhal vylúčenia vecí z konkurznej podstaty úpadcu - žalovaného. Na pojednávaní dňa 14.2.2012 právny zástupkyňa žalobcu uviedla, že na tun. súde sa vedie konanie pod sp. zn. 66Cbi 63/00 v ktorom sa žalobca domáha určenia neplatnosti odstúpenia žalovaného od kúpnych zmlúv pod Č.. C., C., C.. Podľa § 109 ods. 2, písm. c) OSP pokiaľ súd neurobí iné vhodné opatrenia, môže konanie prerušiť, ak prebieha konanie, v ktorom sa rieši otázka, ktorá môže mať význam pre rozhodnutie súdu, alebo ak súd dal na takéto konanie podnet. Vzhľadom na tú skutočnosť, že na tun. súde prebieha konanie, v ktorom sa rieši otázka, ktorá môže mať význam pre rozhodnutie súdu, veci zapísané do súpisu konkurznej podstaty na základe odstúpenia žalovaného od kúpnych zmlúv Č.. C., C., C., súd konanie v súlade s § 109 ods. 2, písm. c) OSP prerušil. Poučenie: Proti tomuto uzneseniu je možné podať odvolanie do 15 dní odo dňa jeho doručenia na Krajský súd v Bratislave, cestou podpísaného súdu, písomne, trojmo.</w:t>
      </w:r>
    </w:p>
    <w:p/>
    <w:p>
      <w:r>
        <w:t>Zdroj: KAUZIS.SK – https://www.kauzis.sk/judikatura/r/ECLI:SK:KSBA:2012:1099899306.3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