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75Cb/231/1999 z 25. 11. 2012</w:t>
      </w:r>
    </w:p>
    <w:p>
      <w:r>
        <w:t>Uznesenie Krajského súdu Bratislava z 25. novembra 2012, sp. zn. 75Cb/231/1999, ECLI:SK:KSBA:2012:1099899306.6</w:t>
      </w:r>
    </w:p>
    <w:p>
      <w:r>
        <w:t>Súd: Krajský súd Bratislava</w:t>
      </w:r>
    </w:p>
    <w:p>
      <w:r>
        <w:t>Spisová značka: 75Cb/231/1999</w:t>
      </w:r>
    </w:p>
    <w:p>
      <w:r>
        <w:t>ECLI: ECLI:SK:KSBA:2012:1099899306.6</w:t>
      </w:r>
    </w:p>
    <w:p>
      <w:r>
        <w:t>Dátum vydania: 25. 11.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75Cb/231/1999 Identifikačné číslo súdneho spisu: 1099899306 Dátum vydania rozhodnutia: 26. 11. 2012 Meno a priezvisko sudcu, VSÚ: Mgr. Štefan Zelenák ECLI: ECLI:SK:KSBA:2012:1099899306.6 Uznesenie Krajský súd Bratislava v Bratislave pred sudcom Mgr. Štefanom Zelenákom, v právnej veci žalobcu: AGROPAN, s.r.o., Hlavná 269, 951 52 Slepčany, IČO: 34 134 034, zastúpený advokátkou JUDr. Evou Komrskovou, Pluhová 5, Bratislava, proti žalovanému: JUDr. Július Goga, Štefánikova 47, Nitra, správca konkurznej podstaty úpadcu Poľnohospodárske družstvo AGROKOMBINÁT Dolná Nitra vo Veľkom Cetíne v konkurze, IČO: 00 198 862, zastúpený Consilior Iuris, s.r.o., Miletičova 2, Bratislava, IČO: 47 231 157, o vylúčenie veci z konkurznej podstaty, takto r o z h o d o l : Súd opravuje záhlavie rozsudku Krajského súdu v Bratislave č. k. 75Cb 231/99 - 248 zo dňa 23.10.2012 nasledovne: namiesto: ……... žalobcu: AGROPAN, s.r.o., 951 05 Paňa 224, IČO: 34 134 034,…… správne: ……… žalobcu: AGROPAN, s.r.o., Hlavná 269, 951 52 Slepčany, IČO: 34 134 034,…… o d ô v o d n e n i e : Návrhom zo dňa 19.11.2012 sa žalobca domáhal, aby súd vydal opravné uznesenie v súlade s § 164 O.s.p. Svoj návrh odôvodnil tým, že v záhlaví rozsudku tunajšieho súdu bolo nesprávne uvedené sídlo žalobcu. Podľa § 164 O.s.p. predseda senátu opraví v rozsudku kedykoľvek i bez návrhu chyby v písaní a počítaní ako i iné zrejmé nesprávnosti. Ak sa týka oprava výroku rozhodnutia, vydá o tom predseda senátu opravné uznesenie, ktoré doručí účastníkom, pritom môže odložiť vykonateľnosť rozsudku na dobu, pokiaľ opravné uznesenie nenadobudne právoplatnosť. S poukazom na vyššie uvedené skutočnosti a citované zákonné ustanovenia súd mal preukázané, že pri opise rozhodnutia došlo k zrejmým nesprávnostiam ako i chybám v písaní, preto súd rozhodoval tak, ako je to uvedené vo výrokovej časti tohto rozhodnutia. Poučenie: Proti tomuto rozhodnutiu je možné podať odvolanie na Najvyšší súd Slovenskej republiky v lehote 15 dní od jeho doručenia cestou tunajšieho súdu, písomne, dvojmo.</w:t>
      </w:r>
    </w:p>
    <w:p/>
    <w:p>
      <w:r>
        <w:t>Zdroj: KAUZIS.SK – https://www.kauzis.sk/judikatura/r/ECLI:SK:KSBA:2012:1099899306.6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