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14Co/157/2012 z 21. 5. 2012</w:t>
      </w:r>
    </w:p>
    <w:p>
      <w:r>
        <w:t>Uznesenie Krajského súdu Bratislava z 21. mája 2012, sp. zn. 14Co/157/2012, ECLI:SK:KSBA:2012:1104114125.1</w:t>
      </w:r>
    </w:p>
    <w:p>
      <w:r>
        <w:t>Súd: Krajský súd Bratislava</w:t>
      </w:r>
    </w:p>
    <w:p>
      <w:r>
        <w:t>Spisová značka: 14Co/157/2012</w:t>
      </w:r>
    </w:p>
    <w:p>
      <w:r>
        <w:t>ECLI: ECLI:SK:KSBA:2012:1104114125.1</w:t>
      </w:r>
    </w:p>
    <w:p>
      <w:r>
        <w:t>Dátum vydania: 21. 5.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14Co/157/2012 Identifikačné číslo súdneho spisu: 1104114125 Dátum vydania rozhodnutia: 22. 05. 2012 Meno a priezvisko sudcu, VSÚ: JUDr. Edita Szabová ECLI: ECLI:SK:KSBA:2012:1104114125.1 Uznesenie Krajský súd v Bratislave v právnej veci navrhovateľa: ETP Management budov, s.r.o., Mlynské Nivy 61, Bratislava, zast.: JUDr. Pavlom Malichom, advokátom, Dunajská 25, Bratislava, proti odporcom: 1. L.. X. B., 2. Ľ. B., obaja bytom Vazovova 17, Bratislava, o zaplatenie 163,51 eur s prísl., o odvolaní odporcov proti rozsudku Okresného súdu Bratislava I v Bratislave z 10. 2. 2009, č.k. 18C/144/2004-104, v spojení s opravným uznesením z 20. 1. 2012, č.k. 18C/144/2004-126 r o z h o d o l : Krajský súd v Bratislave späťvzatie návrhu na začatie konania pripúšťa, rozsudok Okresného súdu Bratislava I v Bratislave z 10. 2. 2009, č.k. 18C/144/2004-104, v spojení s opravným uznesením z 20. 1. 2012, č.k. 18C/144/2004-126, z r u š u j e a konanie z a s t a v u j e. Žiaden z účastníkov nemá právo na náhradu trov prvostupňového a odvolacieho konania. o d ô v o d n e n i e : Napadnutým rozsudkom súd prvého stupňa uložil odporcom v 1. a 2. rade povinnosť zaplatiť spoločne a nerozdielne navrhovateľom 163,51 eur s 13 % úrokom z omeškania od 11. 6. 2003 do zaplatenia a nahradiť trovy konania vo výške 64,59 eur na účet právneho zástupcu navrhovateľa, do 3 dní od právoplatnosti rozsudku. Uznesením z 20. 1. 2012, č.k. 18C/144/2004-126 súd prvého stupňa opravil záhlavie svojho rozsudku v označení navrhovateľa. Proti tomuto rozsudku podali v zákonom stanovenej lehote odvolanie odporcovia, ktorí žiadali jeho zmenu, príp. zrušenie a vrátenie súdu prvého stupňa na ďalšie konanie. Písomným podaním z 25. 5. 2010, doručeným súdu dňa 28. 5. 2010, zobral navrhovateľ svoj návrh na začatie konania v celom rozsahu späť s tým, že medzi účastníkmi konania došlo k vzájomnému prerokovaniu ich námietok, výhrad a k dohode na spôsobe urovnania vzájomných sporných a pochybných práv. Vzhľadom na uvedené navrhovateľ neeviduje v súčasnosti voči odporcom žiadnu pohľadávku. Podľa ust.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Keďže navrhovateľ zobral späť svoj návrh na začatie konania, postupoval odvolací súd podľa zhora citovaného ustanovenia a po zistení, že odporcovia nemajú proti späťvzatiu návrhu námietky (§ 101 ods. 3 O.s.p.), pripustil späťvzatie návrhu, zrušil rozhodnutie súdu prvého stupňa a konanie zastavil. O náhrade trov konania rozhodol odvolací súd podľa § 224 ods. 1 O.s.p. v spojení s § 146 ods. 1 písm. c) O.s.p. tak, že žiadnemu z účastníkov nepriznal nárok na náhradu trov prvostupňového a odvolacieho konania. Poučenie: Proti tomuto uzneseniu nie je prípustné odvolanie.</w:t>
      </w:r>
    </w:p>
    <w:p/>
    <w:p>
      <w:r>
        <w:t>Zdroj: KAUZIS.SK – https://www.kauzis.sk/judikatura/r/ECLI:SK:KSBA:2012:1104114125.1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