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1Cob/431/2011 z 26. 8. 2012</w:t>
      </w:r>
    </w:p>
    <w:p>
      <w:r>
        <w:t>Uznesenie Krajského súdu Bratislava z 26. augusta 2012, sp. zn. 1Cob/431/2011, ECLI:SK:KSBA:2012:1104123056.1</w:t>
      </w:r>
    </w:p>
    <w:p>
      <w:r>
        <w:t>Súd: Krajský súd Bratislava</w:t>
      </w:r>
    </w:p>
    <w:p>
      <w:r>
        <w:t>Spisová značka: 1Cob/431/2011</w:t>
      </w:r>
    </w:p>
    <w:p>
      <w:r>
        <w:t>ECLI: ECLI:SK:KSBA:2012:1104123056.1</w:t>
      </w:r>
    </w:p>
    <w:p>
      <w:r>
        <w:t>Dátum vydania: 26.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1Cob/431/2011 Identifikačné číslo súdneho spisu: 1104123056 Dátum vydania rozhodnutia: 27. 08. 2012 Meno a priezvisko sudcu, VSÚ: JUDr. Danica Michalková ECLI: ECLI:SK:KSBA:2012:1104123056.1</w:t>
      </w:r>
    </w:p>
    <w:p>
      <w:r>
        <w:t>Uznesenie Krajský súd v Bratislave v právnej veci žalobcov: 1./ OTTOVO NAKLADATELSTVÍ, s.r.o., Křišťanova 675/3, 120 00 Praha 2, Česká republika, IČO: 25 043 773, 2./ Z.. X. A., nar. XX. XX. XXXX, bytom O. nám. č. 5, I., 3./ Z.. C. G., nar. XX. XX. XXXX, bytom Z. č. XX, I., všetci zastúpení JUDr. Petrom Gruberom, advokátom, J. Kráľa č. 3, Banská Bystrica proti žalovanému: MEDIA TRADE spol. s r.o., Krížna č. 28, Bratislava, IČO: 31 333 150, zast. JUDr. Andreou Cvikovou, advokátkou, Kubániho č. 16, Bratislava, o zdržanie sa konania, o odvolaní žalovaného proti rozsudku Okresného súdu Bratislava I zo dňa 14. 07. 2009 č. k. 25Cb/163/2004-295 v spojení s opravným uznesením zo dňa 16. 08. 2011 č. k. 25Cb/163/2004-305 takto</w:t>
      </w:r>
    </w:p>
    <w:p>
      <w:r>
        <w:t>r o z h o d o l :</w:t>
      </w:r>
    </w:p>
    <w:p>
      <w:r>
        <w:t>Krajský súd rozsudok Okresného súdu Bratislava I zo dňa 14. 07. 2009 č. k. 25Cb/163/2004-295 v spojení s opravným uznesením zo dňa 16. 08. 2011 č. k. 25Cb/163/2004-305 v časti náhrady trov konania žalobkyniam v 2. a 3. rade m e n í tak, že žalovaný je povinný zaplatiť žalobkyniam v 2. a 3. rade náhradu trov prvostupňového konania vo výške 470,06 Eur na účet ich právneho zástupcu do 3 dní od právoplatnosti tohto uznesenia.</w:t>
      </w:r>
    </w:p>
    <w:p>
      <w:r>
        <w:t>Žalovanému sa nepriznáva náhrada trov odvolacieho konania.</w:t>
      </w:r>
    </w:p>
    <w:p>
      <w:r>
        <w:t>o d ô v o d n e n i e :</w:t>
      </w:r>
    </w:p>
    <w:p>
      <w:r>
        <w:t>Súd prvého stupňa napadnutým rozsudkom zaviazal žalovaného ihneď upustiť od ďalšieho šírenia publikácie Anglicko-slovenský a Slovensko-anglický slovník (spoluatorov Dr. C. G., Dr. X. A., Dr. B. S.), ktorú žalovaný ako prvé vydanie (1997) rozširuje. Vo zvyšku (určenie povinnosti zničiť publikáciu) žalobu zamietol. O trovách konania - právneho zastúpenia - rozhodol podľa ust. § 142 ods. 1 O.s.p. tak, že ich náhradu priznal žalobkyniam v 2. a 3. rade za celkom 3 úkony právnej služby za zastupovanie 2 účastníkov po znížení podľa ust. § 13 ods. 3 vyhl. č. 655/2004 Z. z. vo výške celkom 256,76 Eur, 1x režijný paušál v roku 2007 vo výške 5,90 Eur, 1 x režijný paušál v roku 2009 vo výške 6,95 Eur, náhradu za stratu času na pojednávanie dňa 15. 12. 2006, 14. 07. 2009 vo výške po 139,08 Eur a náhradu cestovného za uvedené 2 pojednávania vo výške celkom 259,07 Eur spolu s DPH, celkom v sume 855,62 Eur.</w:t>
      </w:r>
    </w:p>
    <w:p>
      <w:r>
        <w:t>Opravným uznesením súd prvého stupňa opravil zrejmú nesprávnosť vo výroku o náhrade trov konania, keď nesprávne bol vo výroku rozsudku zaviazaný na náhradu trov konania žalobca (správne malo byť žalovaný) a ďalej opravil a doplnil ďalšie výroky rozsudku.</w:t>
      </w:r>
    </w:p>
    <w:p>
      <w:r>
        <w:t>Proti rozsudku súdu prvého stupňa podal v zákonnej lehote odvolanie žalovaný a žiadal v časti náhrady trov konania toto rozhodnutie zmeniť z dôvodu jeho nesprávnosti a nedôvodnosti a priznať žalovanému náhradu trov konania vo výške 196,95 Eur. Uviedol, že žaloba žalobcu v 1. rade bola zamietnutá pre nedostatok jeho aktívnej vecnej legitimácie, ktorú v konaní namietal žalovaný a preto v tejto časti bol žalovaný úspešný, preto mu patrí náhrada trov konania, ktoré vyčíslil.</w:t>
      </w:r>
    </w:p>
    <w:p>
      <w:r>
        <w:t>Ďalej namietal nesprávne určenú výšku náhrady trov konania, ktoré boli priznané žalobkyniam v 2. a 3. rade a poukázal na to, že žalobkyne v 2. a 3. rade boli ako účastníčky do konania pripustené uznesením súdu prvého stupňa zo dňa 09. 07. 2007 (č. l. 144 spisu), preto neboli účastníčkami konania v deň pojednávania konaného 15. 12. 2006 a z tohto dôvodu im mala byť priznaná len náhrada trov ich právneho zastúpenia za účasť na pojednávaní dňa 14. 07. 2009 a rovnako nesprávne bola priznaná i náhrada straty času a cestovného za účasť na pojednávaní dňa 15. 12. 2006. Namietal tiež nesprávne určenú výšku tarifnej odmeny za rok 2007.</w:t>
      </w:r>
    </w:p>
    <w:p>
      <w:r>
        <w:t>Krajský súd ako súd odvolací (ust. § 10 ods. 1 O.s.p.) prejednal vec podľa § 214 ods. 2 O.s.p. bez nariadenia pojednávania, preskúmal rozsudok súdu prvého stupňa podľa § 212 ods. 1 O.s.p. v jeho napadnutej časti v spojení s opravným uznesením a dospel k záveru, že uznesenie súdu prvého stupňa nie je vecne správne.</w:t>
      </w:r>
    </w:p>
    <w:p>
      <w:r>
        <w:t>Z obsahu spisu vyplýva, že žalobkyne v 2. a 3. rade sa stali účastníčkami konania po tom ako súd prvého stupňa uznesením zo dňa 09. 07. 2007 (č. l. 144 spisu) pripustil podľa ust. § 92 O.s.p. ich vstup do konania na strane žalobcu. Žalobkyne v 2. a 3. rade udelili plnomocenstvo svojmu právnemu zástupcovi plnými mocami zo dňa 06. 02. 2007.</w:t>
      </w:r>
    </w:p>
    <w:p>
      <w:r>
        <w:t>Vzhľadom na predmet konania (upustenie od šírenia publikácie) za jeden úkon právnej služby podľa ust. § 11 ods. 1, písm. a/ vyhl. č. 655/2004 Z. z. (ďalej len vyhláška) je základná sadzba tarifnej odmeny jedna trinástina výpočtového základu, ak nie je možné vyjadriť hodnotu veci alebo práva v peniazoch, alebo ju možno zistiť len s nepomernými ťažkosťami.</w:t>
      </w:r>
    </w:p>
    <w:p>
      <w:r>
        <w:t>Podľa ust. § 13 ods. 3 vyhlášky v jej znení účinnom v roku 2007 základná sadzba tarifnej odmeny sa zníži o 20 %, ak ide o spoločné úkony pri zastupovaní dvoch alebo viacerých osôb a podľa ust. § 13 ods. 2 vyhlášky v znení účinnom v roku 2009 základná sadzba tarifnej odmeny sa zníži o 50 %, ak ide o spoločné úkony pri zastupovaní dvoch alebo viacerých osôb.</w:t>
      </w:r>
    </w:p>
    <w:p>
      <w:r>
        <w:t>Za úkony vykonané v roku 2007 teda bola výška základnej tarifnej odmeny vo výške 1.371,- Sk (45,51 Eur) a v roku 2009 vo výške 53,49 Eur. Nepochybne v roku 2007 bol vykonaný 1 úkon právnej služby (prevzatie a príprava veci zastúpenia podľa § 14 ods. 1, písm. a/ vyhlášky) a v roku 2009 tiež 1 úkon právnej služby (účasť na pojednávaní dňa 14. 07. 2009 (§ 14 ods. 1, písm. c/ vyhl.). Za úkon právnej služby vykonaný v roku 2007 sa odmena znižuje o 20 %, t. j. hodnota úkonu činí a v roku 2009 o 50 %. V danej veci právny zástupca úspešne zastupoval záujmy žalobkýň v 2. a 3. rade, teda mu patrí tarifná odmena za zastupovanie dvoch účastníkov po znížení o 20 %, resp. 50 % v zmysle vyhlášky.</w:t>
      </w:r>
    </w:p>
    <w:p>
      <w:r>
        <w:t>Za jeden úkon právnej služby v roku 2007 patrí náhrada vo výške 45,51 x 2, t. j. 91,02 Eur znížená o 20%, celkom vo výške 86,38 Eur a za úkon v roku 2009 vo výške 53,49 x 2, t. j. 107,98 Eur znížená o 50 %, t. j. vo výške 53,49 Eur. Paušálna náhrada v roku 2007 vo výške 178,- Sk (5,91 Eur) a v roku 2009 vo výške 6,95 Eur. Celkom teda náhrada trov právneho zastúpenia činí 139,17 Eur. Ďalej právnemu zástupcovi žalobkýň v 2. a 3. rade náhrada cestovného za účasť na pojednávaní konanom dňa 14. 07. 2009 vo výške 116,76 Eur a náhrada straty času vo výške 139,08 Eur. Keďže právny zástupca žalobkýň je platcom DPH patrí mu i 19 % DPH (v roku 2009) vo výške 75,05 Eur, celkom teda trovy právneho zastúpenia žalobkýň v 2. a 3. rade činia 470,06 Eur.</w:t>
      </w:r>
    </w:p>
    <w:p>
      <w:r>
        <w:t>Z uvedených dôvodov odvolací súd podľa ust. § 220 O.s.p. rozsudok súdu prvého stupňa zmenil v napadnutej časti a priznal žalobkyniam v 2. a 3. rade náhradu trov prvostupňového konania, tak ako je uvedené vo výroku tohto uznesenia.</w:t>
      </w:r>
    </w:p>
    <w:p>
      <w:r>
        <w:t>O trovách odvolacieho konania súd rozhodol podľa ust. § 224 ods. 1 O.s.p. tak ako je uvedené vo výroku tohto uznesenia, pretože žalovaný si náhradu trov odvolacieho konania neuplatnil.</w:t>
      </w:r>
    </w:p>
    <w:p>
      <w:r>
        <w:t>Toto uznesenie prijal senát krajského súdu pomerom hlasov 3:0.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https://www.kauzis.sk/judikatura/r/ECLI:SK:KSBA:2012:1104123056.1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