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1Cob/279/2011 z 28. 2. 2012</w:t>
      </w:r>
    </w:p>
    <w:p>
      <w:r>
        <w:t>Uznesenie Krajského súdu Bratislava z 28. februára 2012, sp. zn. 1Cob/279/2011, ECLI:SK:KSBA:2012:1104140695.1</w:t>
      </w:r>
    </w:p>
    <w:p>
      <w:r>
        <w:t>Súd: Krajský súd Bratislava</w:t>
      </w:r>
    </w:p>
    <w:p>
      <w:r>
        <w:t>Spisová značka: 1Cob/279/2011</w:t>
      </w:r>
    </w:p>
    <w:p>
      <w:r>
        <w:t>ECLI: ECLI:SK:KSBA:2012:1104140695.1</w:t>
      </w:r>
    </w:p>
    <w:p>
      <w:r>
        <w:t>Dátum vydania: 28. 2. 2012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1Cob/279/2011 Identifikačné číslo súdneho spisu: 1104140695 Dátum vydania rozhodnutia: 29. 02. 2012 Meno a priezvisko sudcu, VSÚ: JUDr. Danica Michalková ECLI: ECLI:SK:KSBA:2012:1104140695.1 Uznesenie Krajský súd v Bratislave v právnej veci navrhovateľa: LINEA, investičné družstvo Bratislava, Drieňová 34, Bratislava, IČO: 31 322 247, zast. JUDr. Alexander Škrinár, CSc., advokát, Tichá 34, Bratislava, proti odporcovi: ORIFLAME SLOVAKIA, s. r. o., Suché mýto 1, Bratislava, IČO: 31 348 751, zast. MUNDIEROVÁ &amp; PARTNERS, s. r. o., Búdková 26, Bratislava, o zaplatenie 67.322,20 Eur s príslušenstvom, o odvolaní odporcu proti rozsudku Okresného súdu Bratislava I č. k. 29Cb/77/2005-159 zo dňa 28. 03. 2011 jednohlasne takto r o z h o d o l : Krajský súd v Bratislave späťvzatie návrhu p r i p ú š ť a, rozsudok Okresného súdu Bratislava I č. k. 29Cb/77/2005-159 zo dňa 28. 03. 2011 z r u š u j e a konanie z a s t a v u j e . Žiaden z účastníkov nemá právo na náhradu trov konania. o d ô v o d n e n i e : Napadnutým rozsudkom súd prvého stupňa návrhu navrhovateľa v časti o zaplatenie sumy 67.322,20 Eur s príslušenstvom vo výške 10 % úroku z omeškania ročne vyhovel a vo zvyšnej časti úrokov z omeškania prevyšujúcich výšku určenú podľa ust. § 3 Nariadenia vlády č. 87/95 Z. z. návrh zamietol. Voči uvedenému rozsudku sa v zákonom stanovenej lehote odvolal odporca, ktorý s rozhodnutím súdu prvého stupňa nesúhlasil a navrhol odvolaciemu súdu rozsudok súdu prvého stupňa zmeniť tak, že návrh bude zamietnutý v celom rozsahu, resp. navrhol rozsudok súdu prvého stupňa zrušiť a vec vrátiť na ďalšie konanie. Dňa 30. 01. 2012 zobral navrhovateľ svoj návrh v zmysle ust. § 96 O.s.p. v celom rozsahu späť a navrhol zastavenie konania. V späťvzatí návrhu uviedol, že sporové strany uzavreli Dohodu o urovnaní podpísanú dňa 21. 01. 2012, podľa ktorej došlo k usporiadaniu všetkých nárokov uplatnených navrhovateľom na Okresnom súde Bratislava I. Podľa čl. 7 bod 1b sa účastníci konania dohodli, že nebudú si nárokovať náhradu trov konania a o trovách konania má byť rozhodnuté tak, že žiaden z účastníkov nemá právo na náhradu trov konania. Súčasťou späťvzatia návrhu bola i dohoda o urovnaní uzatvorená medzi navrhovateľom a odporcom zo dňa 20. 01. 2012. Odporca so späťvzatím žaloby súhlasil, tak ako vyplýva z jeho písomného podania zo dňa 30. 01. 2012. Podľa ust. § 208 O.s.p. ak je návrh na začatie konania vzatý späť, keď už rozhodol súd prvého stupňa, ale jeho rozhodnutie nie je dosiaľ právoplatné, odvolací súd rozhodne o pripustení späťvzatia. Súd späťvzatie nepripustí, ak druhý účastník s tým nesúhlasí. Ak späťvzatie pripustí, odvolací súd zruší rozhodnutie súdu prvého stupňa a konanie zastaví. Vzhľadom k tomu, že v danom prípade boli splnené všetky podmienky upravené v ust. § 208 O.s.p., odvolací súd späťvzatie návrhu pripustil, rozhodnutie súdu prvého stupňa zrušil a konanie zastavil, tak ako je uvedené vo výroku tohto uznesenia. O trovách konania rozhodol odvolací súd podľa ust. § 224 ods. 1 O.s.p. v spojení s ust. § 146 ods. 1 písm. c) O.s.p. a žiadnemu z účastníkov nepriznal právo na náhradu trov konania, nakoľko ani jeden z účastníkov náhradu trov konania nežiada. Poučenie: Proti tomuto uzneseniu odvolanie n i e j e prípustné.</w:t>
      </w:r>
    </w:p>
    <w:p/>
    <w:p>
      <w:r>
        <w:t>Zdroj: KAUZIS.SK – https://www.kauzis.sk/judikatura/r/ECLI:SK:KSBA:2012:1104140695.1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