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2Co/193/2011 z 28. 11. 2012</w:t>
      </w:r>
    </w:p>
    <w:p>
      <w:r>
        <w:t>Uznesenie Krajského súdu Bratislava z 28. novembra 2012, sp. zn. 2Co/193/2011, ECLI:SK:KSBA:2012:1106220983.1</w:t>
      </w:r>
    </w:p>
    <w:p>
      <w:r>
        <w:t>Súd: Krajský súd Bratislava</w:t>
      </w:r>
    </w:p>
    <w:p>
      <w:r>
        <w:t>Spisová značka: 2Co/193/2011</w:t>
      </w:r>
    </w:p>
    <w:p>
      <w:r>
        <w:t>ECLI: ECLI:SK:KSBA:2012:1106220983.1</w:t>
      </w:r>
    </w:p>
    <w:p>
      <w:r>
        <w:t>Dátum vydania: 28. 11.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2Co/193/2011 Identifikačné číslo súdneho spisu: 1106220983 Dátum vydania rozhodnutia: 29. 11. 2012 Meno a priezvisko sudcu, VSÚ: JUDr. Mária Hajdínová ECLI: ECLI:SK:KSBA:2012:1106220983.1 Uznesenie Krajský súd v Bratislave v právnej veci navrhovateľa: W. R. Z. B. N. Ý. , bytom S. X, XXX XX A., B. T. N., zastúpený JUDr. Janou Čigašovou, advokátkou v Považskej Bystrici, Nám. A. Hlinku č. 25/30, proti odporkyni: Ľ. R. Z. B. N. Á. , bytom A., C. Č.. XX, zastúpená JUDr. Petrom Vačokom, advokátom v Bratislave, Vazovova č. 9/A, o vydanie bezdôvodného obohatenia, s príslušenstvom, na odvolanie odporkyne proti rozsudku Okresného súdu Bratislava I. zo dňa 3. februára 2011, č.k. 15C 54/2006-191, o následnom späťvzatí návrhu, takto r o z h o d o l : Odvolací súd p r i p ú š ť a späťvzatie návrhu na začatie konania, rozsudok Okresného súdu Bratislava I. zo dňa 3. februára 2011, č.k. 15C 54/2006-191, z r u š u j e a konanie z a s t a v u j e . Žiaden z účastníkov n e m á právo na náhradu trov konania. o d ô v o d n e n i e : Okresný súd Bratislava I. napadnutým rozsudkom uložil odporkyni povinnosť zaplatiť navrhovateľovi sumu 3.010,80 € do troch dní odo dňa právoplatnosti rozsudku, sumu 100,36 € mesačne od 1.7.2006 vždy do 15. dňa toho-ktorého mesiaca do zániku podielového spoluvlastníctva a vo zvyšku návrh zamietol. Rozsudok odôvodnil ustanovením § 136 ods. l, § 137 ods. l, § 139 ods. l, 2, § 451 ods. l, 2, § 456 veta prvá, § 458 ods. l Občianskeho zákonníka. Žiadnemu z účastníkov konania nepriznal právo na náhradu trov konania podľa ustanovenia § 150 O.s.p. Napokon obom účastníkom konania uložil povinnosť zaplatiť štátu náhradu trov konania každému v sume 286,48 € v súlade s ustanovením § 148 ods. l O.s.p. Proti tomuto rozsudku v celom rozsahu podala včas odvolanie odporkyňa. Mala za to, že rozhodnutie súdu prvého stupňa vychádza z nesprávneho právneho posúdenia veci, na základe vykonaných dôkazov dospel súd k nesprávnym skutkovým zisteniam. Odvolaciemu súdu navrhla rozsudok súdu prvého stupňa zmeniť a návrh navrhovateľa zamietnuť. Skôr, ako odvolací súd o odvolaní rozhodol, navrhovateľ svojím podaním zo dňa 8.10.2012 zobral návrh späť v celom rozsahu a navrhol odvolaciemu súdu späťvzatie návrhu pripustiť a konanie zastaviť (§ 208 O.s.p.). Dôvodil tým, že k takémuto rozhodnutiu dospel po vzájomnej dohode s odporkyňou. Rovnako sa dohodli, že každý si sám znáša svoje trovy konania a právneho zastúpenia. Odporkyňa so späťvzatím návrhu súhlasila. Odvolací súd prejednal vec (§ 212 ods. l, § 214 ods. 2 O.s.p. v znení účinnom od 1.1.2012, ďalej len O.s.p.; § 372t O.s.p.) a dospel k záveru, že nie sú dané žiadne dôvody, ktoré by odôvodňovali nepripustenie späťvzatia návrhu na začatie konania. Podľa § 208 Občianskeho súdneho poriadku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Do dispozície účastníka konania, ktorý podal návrh na začatie konania, patrí aj možnosť návrh vziať kedykoľvek späť, a to až dovtedy, kým o ňom nebolo právoplatne rozhodnuté, teda aj v odvolacom konaní v prípade, že o odvolaní nebolo ešte rozhodnuté. V prejednávanej veci po rozhodnutí súdu prvého stupňa, ktoré dosiaľ nenadobudlo právoplatnosť, navrhovateľ zobral návrh na začatie konania späť v celom rozsahu; odporkyňa so späťvzatím návrhu súhlasila. Za týchto okolností odvolací súd späťvzatie návrhu pripustil, zrušil napadnutý rozsudok a konanie zastavil. Žiadnemu z účastníkov konania odvolací súd náhradu trov konania (pred súdom prvého stupňa i pred odvolacím súdom) nepriznal, keďže žiaden ich náhradu nežiadal; ich dohoda bola aj v otázke náhrady trov konania (§ 224 ods. l, § 146 ods. l písm. c/ O.s.p.).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https://www.kauzis.sk/judikatura/r/ECLI:SK:KSBA:2012:1106220983.1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