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2Co/340/2011 z 17. 12. 2012</w:t>
      </w:r>
    </w:p>
    <w:p>
      <w:r>
        <w:t>Uznesenie Krajského súdu Bratislava z 17. decembra 2012, sp. zn. 2Co/340/2011, ECLI:SK:KSBA:2012:1106223577.3</w:t>
      </w:r>
    </w:p>
    <w:p>
      <w:r>
        <w:t>Súd: Krajský súd Bratislava</w:t>
      </w:r>
    </w:p>
    <w:p>
      <w:r>
        <w:t>Spisová značka: 2Co/340/2011</w:t>
      </w:r>
    </w:p>
    <w:p>
      <w:r>
        <w:t>ECLI: ECLI:SK:KSBA:2012:1106223577.3</w:t>
      </w:r>
    </w:p>
    <w:p>
      <w:r>
        <w:t>Dátum vydania: 17. 12.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2Co/340/2011 Identifikačné číslo súdneho spisu: 1106223577 Dátum vydania rozhodnutia: 18. 12. 2012 Meno a priezvisko sudcu, VSÚ: JUDr. Darina Kriváňová ECLI: ECLI:SK:KSBA:2012:1106223577.3 Uznesenie Krajský súd v Bratislave v právnej veci navrhovateľa: X. O. F., IČO: XX XX XX XX, S. I. Č.. XX, W., proti odporcom: 1/ P. P., nar. XX.XX.XXXX, bytom W. J.. Č.. X, W.Y., 2/ O. X., nar. XX.XX.XXXX, bytom P. F. Č.. XXX, o zaplatenie istiny 1.160,99 eur (34.976,- Sk ) s príslušenstvom, na odvolanie odporcu 2/ proti rozsudku Okresného súdu Bratislava I zo dňa 13. januára 2010, č. k. 12C/204/2008-35, takto r o z h o d o l : Odvolací súd odvolanie odporcu 2/ o d m i e t a . Navrhovateľovi náhradu trov odvolacieho konania n e p r i z n á v a . o d ô v o d n e n i e : Súd prvého stupňa napadnutým rozsudkom uložil odporcom 1/ a 2/ povinnosť zaplatiť navrhovateľovi spoločne a nerozdielne istinu 1.160,99 eur so 6% úrokom z omeškania ročne z dlžnej sumy od 19.05.2005, vo zvyšku návrh zamietol a zároveň odporcom 1/ a 2/ uložil povinnosť zaplatiť navrhovateľovi trovy konania v sume 69,51 eur, všetko do troch dní. Svoje rozhodnutie odôvodnil právne ust. § 24 ods. 2 písm. b), § 24 ods. 7 zák. č. 381/2001 Z. z. a vecne dôvodnosťou podaného návrhu, keď mal preukázané, že navrhovateľ zaplatil návrhom uplatnený nárok z dôvodu škody spôsobenej prevádzkou motorového vozidla a zároveň, že odporca 1/ je prevádzkovateľ motorového vozidla zn. Avia A20, EČV: W. - XXX W., ktoré dňa 24.08.2004 vodičom - odporcom 2/ spôsobilo dopravnú nehodu v W., na O. J.., pri ktorej došlo k poškodeniu motorového vozidla zn. Ford Fiesta, EČV: W.-XXX T. a nakoľko uvedené vozidlo nemalo v čase dopravnej nehody zaplatené zákonné poistenie zo zodpovednosti za škodu prevádzkou motorového vozidla, vzniklo poškodenému právo na zaplatenie poistného plnenia z poistného garančného fondu (navrhovateľa), ktoré mu navrhovateľ dňa 24.11.2004 aj titulom vzniku skutočnej škody zaplatil. Rozhodnutie o priznaní príslušenstva k žalovanej istine odôvodnil súd prvého stupňa právne ust. § 517 Občianskeho zákonníka v spojení s ust. § 3 nar. vl. SR č. 87/1995 Z. z. a vecne omeškaním odporcov 1/ a 2/ s plnením peňažného dlhu odo dňa nasledujúceho po lehote určenej na plnenie, stanovenej navrhovateľom vo výzve na úhradu poistného plnenia - pokus o zmier zo dňa 19.04.2005, t. j. odo dňa 19.05.2005 a vo zvyšku návrh zamietol. Rozhodnutie o trovách konania odôvodnil právne ust. § 142 ods. 1 O.s.p. a vecne úspechom navrhovateľa v konaní, ktorému priznal náhradu trov za zaplatený súdny poplatok za návrh v sume 69,51 eur. Proti tomuto rozsudku podal dňa 16.03.2010 odvolanie odporca 2/ z dôvodu, že dlžnú sumu (1.160,99 eur) dňa 21.10.2009 navrhovateľovi zaplatil. Navrhovateľ a odporca 1/ odvolací návrh nepodali. Odvolací súd preskúmal vec podľa § 212 ods. 1 O.s.p., bez nariadenia odvolacieho pojednávania podľa § 214 ods. 2 O.s.p. a dospel k záveru, že odvolanie odporcu 2/ je potrebné odmietnuť. Podľa § 158 ods. 2 O.s.p., rovnopis písomného vyhotovenia rozsudku sa doručuje účastníkom, prípadne ich zástupcom do vlastných rúk. Podľa § 204 ods. 1 O.s.p. , odvolanie sa podáva do pätnástich dní od doručenia rozhodnutia na súde, proti rozhodnutiu ktorého smeruje. Ak bolo vydané opravné uznesenie, lehota plynie znovu od doručenia opravného uznesenia len v rozsahu vykonanej opravy. Podľa § 204 ods. 2 O.s.p., odvolanie je podané včas aj vtedy, ak bolo podané po uplynutí lehoty podľa odseku 1 preto, že sa odvolateľ spravoval nesprávnym poučením súdu o odvolaní. Ak rozhodnutie neobsahuje poučenie o lehote na podanie odvolania alebo ak obsahuje nesprávne poučenie o tom, že odvolanie nie je prípustné, možno podať odvolanie do troch mesiacov od doručenia. Podľa § 57 ods. 1 O.s.p., do plynutia lehoty sa nezapočítava deň, keď došlo k skutočnosti určujúcej začiatok lehoty. Podľa § 57 ods. 3 O.s.p., lehota je zachovaná, ak sa posledný deň lehoty urobí úkon na súde alebo podanie odovzdá orgánu, ktorý má povinnosť ho doručiť. Podľa § 218 ods. 1 písm. a) O.s.p., odvolací súd odmietne odvolanie, ktoré bolo podané oneskorene. Podľa § 218 ods. 2 O.s.p., ako oneskorené nemožno odmietnuť odvolanie, ktoré bolo v lehote podané na odvolacom súde alebo do zápisnice na nepríslušnom okresnom súde. Z citovaných zákonných ustanovení vyplýva, že rovnopis písomného vyhotovenia rozsudku treba doručiť účastníkom vždy do vlastných rúk. Z obsahu spisu vyplýva, že napadnutý rozsudok bol odporcovi 2/ doručený podľa § 158 ods. 2 O.s.p., do vlastných rúk, dňa 26. februára 2010 (piatok - pracovný deň). Dňom nasledujúcim po dni doručenia tohto rozsudku začala plynúť zákonná 15-dňová lehota na podanie odvolania proti nemu, ktorá odporcovi 2/ márne uplynula dňom 15.03.2010 (pracovný deň - pondelok). Odvolanie podané odporcom 2/ na pošte dňa 16.03.2010 (utorok) je teda oneskoreným, po uplynutí zákonnej lehoty na podanie odvolania proti rozsudku. Odvolací súd preto odvolanie odporcu 2/ podľa § 218 ods. 1 písm. a/ O.s.p., ako podané oneskorene, odmietol. O náhrade trov odvolacieho konania rozhodol odvolací súd podľa § 146 ods. 2 veta prvá O.s.p. (s použitím § 224 ods. 1 O.s.p.), keď zákon neobsahuje úpravu rozhodovania o trovách odvolacieho konania v prípade, že je odvolanie odmietnuté. V týchto prípadoch je preto potrebné o náhrade trov konania rozhodnúť podľa zhora citovaného ustanovenia, ktoré upravuje problematiku svojou povahou najbližšiu odmietnutiu odvolania, pretože i v tomto prípade konanie končí bez toho, aby odvolací súd rozhodoval o veci samej, a to v dôsledku procesného zavinenia účastníka, ktorý podal odvolanie oneskorene. Tento účastník, v danom prípade odporca 2/ je potom povinný uhradiť navrhovateľovi trovy odvolacieho konania, nakoľko však navrhovateľovi žiadne trovy odvolacieho konania nevznikli, nebolo preto možné mu ich náhradu priznať. Toto rozhodnutie bolo prijaté senátom Krajského súdu v Bratislave pomerom hlasov 3:0 (§ 3 ods. 9 zák. č. 757/2004 Z.z. o súdoch a o zmene a doplnení niektorých zákonov v znení neskorších zákonov). Poučenie: Proti tomuto uzneseniu odvolanie nie je prípustné.</w:t>
      </w:r>
    </w:p>
    <w:p/>
    <w:p>
      <w:r>
        <w:t>Zdroj: KAUZIS.SK – https://www.kauzis.sk/judikatura/r/ECLI:SK:KSBA:2012:1106223577.3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