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22CoE/348/2012 z 6. 11. 2012</w:t>
      </w:r>
    </w:p>
    <w:p>
      <w:r>
        <w:t>Uznesenie Krajského súdu Bratislava z 6. novembra 2012, sp. zn. 22CoE/348/2012, ECLI:SK:KSBA:2012:1107203348.1</w:t>
      </w:r>
    </w:p>
    <w:p>
      <w:r>
        <w:t>Súd: Krajský súd Bratislava</w:t>
      </w:r>
    </w:p>
    <w:p>
      <w:r>
        <w:t>Spisová značka: 22CoE/348/2012</w:t>
      </w:r>
    </w:p>
    <w:p>
      <w:r>
        <w:t>ECLI: ECLI:SK:KSBA:2012:1107203348.1</w:t>
      </w:r>
    </w:p>
    <w:p>
      <w:r>
        <w:t>Dátum vydania: 6. 11.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22CoE/348/2012 Identifikačné číslo súdneho spisu: 1107203348 Dátum vydania rozhodnutia: 07. 11. 2012 Meno a priezvisko sudcu, VSÚ: JUDr. Jarmila Glončáková ECLI: ECLI:SK:KSBA:2012:1107203348.1 Uznesenie Krajský súd v Bratislave v exekučnej veci oprávneného: Dopravný podnik Bratislava, a.s., Olejkárska 1, 814 52 Bratislava, IČO: 00 492 736, proti povinnému: V. Z., J. X. n.o., J. P. XXXX, XXX XX T., vedenej súdnym exekútorom Mgr. Jánom Janecom, so sídlom úradu Račianska 109/C, 831 02 Bratislava, pre vymoženie peňažnej pohľadávky, o odvolaní povinného proti uzneseniu Okresného súdu Bratislava I zo dňa 16.07.2012, č. k. 1Er 94/2007-18, čo do povinnosti zaplatiť súdny poplatok v sume 66 eur, takto r o z h o d o l : Krajský súd v Bratislave uznesenie Okresného súdu Bratislava I zo dňa 16.07.2012, č. k. 1Er 94/2007-18 v časti výroku, ktorým bola povinnému uložená povinnosť zaplatiť súdny poplatok v sume 66 eur za konanie súdu o námietkach, z r u š u j e. o d ô v o d n e n i e : Okresný súd Bratislava I uznesením zo dňa 16.07.2012, č. k. 1Er 94/2007-18, odmietol námietky povinného proti exekúcii a povinnému uložil povinnosť zaplatiť na účet Okresného súdu Bratislava I titulom náhrady súdneho poplatku za konanie súdu o námietkach proti exekúcii poplatok v sume 66,00 eur, a to do 3 dní odo dňa nadobudnutia právoplatnosti tohto uznesenia. V zákonnej lehote podal proti uzneseniu v časti povinnosti zaplatiť súdny poplatok v sume 66 eur odvolanie povinný z dôvodu, že nedisponuje potrebnou finančnou hotovosťou a peniaze, ktoré má na účte, zablokoval súdny exekútor. Krajský súd v Bratislave, ako odvolací súd podľa § 10 ods. 1 O.s.p., preskúmal napadnuté uznesenie podľa § 212 ods. 1 O.s.p., bez nariadenia pojednávania podľa § 214 ods. 2 a dospel k záveru, že napadnuté uznesenie je potrebné zrušiť. Z obsahu spisu odvolací súd zistil, že Okresný súd Bratislava I dňa 06.02.2007 pod č. 5101 023376 poveril súdneho exekútora Mgr. Ján Janec, Račianska 109/C, Bratislava, vykonaním exekúcie na základe rozhodnutia Okresného súdu Bratislava V v Bratislave, č. k. 19Ro 2046/97 zo dňa 27.02.1997 na vymoženie uloženej povinnosti a trov exekúcie. Dňa 15.11.2011 boli súdnemu exekútorovi doručené námietky povinného proti exekúcii zo dňa 10.11.2011. Upovedomenie o začatí .exekúcie bolo povinnému doručené dňa 28.10.2008. Keďže povinný podal námietky po zákonom stanovenej lehote, súd námietky povinného odmietol (§ 50 ods. 1 Exekučného poriadku v spojení s § 218 ods. 1 písm. a/ O.s.p). Okresný súd zároveň uložil povinnému zaplatiť súdny poplatok v sume 66 eur za konanie o námietkach. Podľa položky 13 písm. b/ časť I. prílohy Poplatky vyberané v občianskom súdnom konaní (Sadzobník súdnych poplatkov) zákona Národnej rady Slovenskej republiky č. 71/1992 Zb. o súdnych poplatkoch a poplatku za výpis z registra trestov v znení neskorších predpisov ( Zákon o súdnych poplatkoch) za konanie súdu o námietkach proti exekúcii vykonávanej podľa zákona Národnej rady Slovenskej republiky č. 233/1995 Z.z. o súdnych exekútoroch a exekučnej činnosti (Exekučný poriadok) je sadzba poplatku 6 % z vymáhaného nároku, najmenej 66 eur, najviac 16.596,50 eura. Nálezom Ústavného súdu Slovenskej republiky sp.zn. PL.ÚS 109/2011 z 11.07.2012 uverejneným v Zbierke Zákonov č. 297/2012 dňa 4.10.2012 bolo rozhodnuté, že položka 13 písm. b/ časť I. prílohy Poplatky vyberané v občianskom súdnom konaní ( Sadzobník súdnych poplatkov) zákona Národnej rady Slovenskej republiky č. 71/1992 Zb. o súdnych poplatkoch a poplatku za výpis z registra trestov v znení neskorších predpisov nie je v súlade s čl. 1 ods. 1, čl. 13 ods. 4 a čl. 46 ods. 1 Ústavy Slovenskej republiky a čl. 6 ods. 1 Dohovoru o ochrane ľudských práv a základných slobôd. Toto ustanovenie stráca v zmysle čl. 125 ods. 3 ústavy a § 41a zákona o ústavnom súde účinnosť dňom vyhlásenia v Zbierke zákonov. V závere nálezu ústavný súd zdôrazňuje, že nález nezakladá nárok na vrátenie poplatkov a právoplatné rozhodnutia, ktorými bola stanovená poplatková povinnosť zostávajú nedotknuté. Po vyhlásení nálezu však nemožno nútene vymáhať povinnosť zaplatiť súdny poplatok, ktoré neboli splnené. Keďže Ústavný súd vydal nález o zistenom nesúlade právneho predpisu s právnym predpisom vyššej právnej sily, tak ako je uvedené vyššie, dňom vyhlásenia nálezu v Zbierke zákonov stráca tento právny predpis účinnosť. Vyššie uvedeným nálezom je všeobecný súd viazaný (§ 135 ods. 1 O.s.p.) a nemôže od účinnosti nálezu, t.j. od 04.10.2012 aplikovať predmetné ustanovenie právneho predpisu (položka 13 b/ Sadzobníka súdnych poplatkov). Napadnutým uznesením bolo rozhodnuté o povinnosti povinného zaplatiť súdny poplatok za konanie o námietkach podľa právneho predpisu (časti), o ktorom nález vyslovil, že je v rozpore s Ústavou, preto odvolací súd nemohol citované ustanovenie Sadzobníka poplatkov aplikovať a musel rozhodnutie prvostupňového súdu zrušiť. Rozhodnutie bolo prijaté hlasmi členov senátu v pomere 3:0. Poučenie: Proti tomuto uzneseniu odvolanie nie je prípustné.</w:t>
      </w:r>
    </w:p>
    <w:p/>
    <w:p>
      <w:r>
        <w:t>Zdroj: KAUZIS.SK – https://www.kauzis.sk/judikatura/r/ECLI:SK:KSBA:2012:1107203348.1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