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11Co/12/2011 z 24. 1. 2012</w:t>
      </w:r>
    </w:p>
    <w:p>
      <w:r>
        <w:t>Uznesenie Krajského súdu Bratislava z 24. januára 2012, sp. zn. 11Co/12/2011, ECLI:SK:KSBA:2012:1108229972.1</w:t>
      </w:r>
    </w:p>
    <w:p>
      <w:r>
        <w:t>Súd: Krajský súd Bratislava</w:t>
      </w:r>
    </w:p>
    <w:p>
      <w:r>
        <w:t>Spisová značka: 11Co/12/2011</w:t>
      </w:r>
    </w:p>
    <w:p>
      <w:r>
        <w:t>ECLI: ECLI:SK:KSBA:2012:1108229972.1</w:t>
      </w:r>
    </w:p>
    <w:p>
      <w:r>
        <w:t>Dátum vydania: 24. 1. 2012</w:t>
      </w:r>
    </w:p>
    <w:p>
      <w:r>
        <w:t>Forma: Uznesenie</w:t>
      </w:r>
    </w:p>
    <w:p>
      <w:r>
        <w:t>Oblasť práva: Občianske právo</w:t>
      </w:r>
    </w:p>
    <w:p>
      <w:pPr>
        <w:pStyle w:val="Heading2"/>
      </w:pPr>
      <w:r>
        <w:t>Text rozhodnutia</w:t>
      </w:r>
    </w:p>
    <w:p>
      <w:r>
        <w:t>Súd: Krajský súd Bratislava Spisová značka: 11Co/12/2011 Identifikačné číslo súdneho spisu: 1108229972 Dátum vydania rozhodnutia: 25. 01. 2012 Meno a priezvisko sudcu, VSÚ: JUDr. Bianka Gelačíková ECLI: ECLI:SK:KSBA:2012:1108229972.1 Uznesenie Krajský súd v Bratislave, v právnej veci navrhovateľa: C.. Ľ. P., nar. XX.XX.XXXX, trvale bytom X. XXX, zastúpeného JUDr. Barborou Šrutekovou, advokátkou, Trnava, Hlavná 44, proti odporcovi: M. P., R..F.., X. C. T. F. F. Š. X, V., IČO: XX XXX 441, zastúpeného MGA IURIS s.r.o., Pri starej prachárni 10, Bratislava, IČO: XX 233 028, o neplatnosť okamžitého skončenia pracovného pomeru a náhradu mzdy, na odvolanie navrhovateľa a odporcu proti rozsudku Okresného súdu Bratislava I, č.k. 9C/153/2008-153 zo dňa 6.7.2010, jednohlasne ( pomerom hlasov 3:0 ) takto r o z h o d o l : Rozsudok súdu prvého stupňa sa z r u š u j e a vec sa v r a c i a na ďalšie konanie. o d ô v o d n e n i e : V napadnutom rozhodnutí súd prvého stupňa určil, že okamžité skončenie pracovného pomeru daného navrhovateľovi odporcom podľa § 68 ods. 1 písm. b/ Zákonníka práce je neplatné, odporcovi uložil povinnosť zaplatiť navrhovateľovi náhradu mzdy vo výške XX.XXX,XX euro brutto do X dní od právoplatnosti rozsudku a vo zvyšku návrh na náhradu mzdy zamietol. V rozhodnutí ďalej uložil odporcovi povinnosť zaplatiť navrhovateľovi náhradu trov konania vo výške X XXX,XX euro k rukám jeho právnej zástupkyne a povinnosť zaplatiť na účet Okresného súdu Bratislava I súdny poplatok v sume X XXX,XX euro, všetko v lehote X dní od právoplatnosti rozsudku. Rozhodnutie vo veci samej právne odôvodnil ust. § 68 ods.1 písm. b/, ods.2, § 70, § 77 Zákonníka práce, keď mal z vykonaného dokazovania preukázané, že okamžité skončenie pracovného pomeru zo dňa XX.X.XXXX doručil odporca navrhovateľovi dňa XX.X.XXXX. Navrhovateľ oznámil odporcovi listom zo dňa 7.8.2008, že pracovnú disciplínu neporušil a trvá na tom, aby ho odporca naďalej zamestnával podľa podmienok dohodnutých v pracovnej zmluve. Súd prvého stupňa v rozhodnutí konštatoval, že v okamžitom skončení pracovného pomeru uvedené dôvody ( odmietnutie splnenia pracovnej úlohy stanovenej dňa XX.X.XXXX priamo nadriadeným zamestnancom a opakovaná neospravedlnená neprítomnosť navrhovateľa na pracovisku v dňoch XX.X., XX.X. R. 18.X.XXXX) v danom prípade nedosahovali taký stupeň intenzity porušenia pracovnej disciplíny zamestnancom, aký Zákonník práce predpokladá pri skončení pracovného pomeru podľa § 68 ods. l písm. b/ Zákonníka práce vzhľadom k situácii, v ktorej k porušeniu pracovnej disciplíny došlo, k miere zavinenia zamestnanca, k spôsobu a intenzite porušenia konkrétnych povinností, ako aj k dôsledkom porušenia pracovnej disciplíny. Ďalšou dôležitou skutočnosťou, ktorá mala vplyv na posudzovanie závažnosti konania navrhovateľa bol fakt, že odporcovi v súvislosti s konaním zamestnanca, ktorým mal závažne porušiť pracovnú disciplínu, nevznikla žiadna škoda ani iná ujma. V nadväznosti na rozhodnutie v určovacej časti návrhu, súd prvého stupňa priznal navrhovateľovi s použitím ust. § 79 ods.1,2 Zákonníka práce náhradu mzdy z neplatného skončenia pracovného pomeru za obdobie XX mesiacov v celkovej výške XX.XXX,XX euro brutto ( X.XXX.XXX,- Sk ), keď pri určovaní výšky priemerného zárobku podľa § 134 Zákonníka práce vychádzal z rozhodného obdobia X. štvrťroka XXXX, v ktorom navrhovateľ dosiahol hrubý príjem vo výške XXX.XXX,- Sk, t.j. XX.XXX,- Sk mesačne. Vo zvyšku návrh navrhovateľa na náhradu mzdy ako nedôvodný zamietol. O trovách konania rozhodol podľa ust. § 142 ods.3 O.s.p. v spojení s ust. vyhlášky MS SR č. 655/2004 Z.z. a navrhovateľovi priznal právo na náhradu trov právneho zastúpenia v celkovej výške X.XXX,XX euro. O povinnosti odporcu zaplatiť na účet konajúceho súdu súdny poplatok vo výške X.XXX,XX euro rozhodol podľa ust. § 2 ods.2, § 4ods.2 písm. d/ zák.č. 71/1992 Zb. o súdnych poplatkoch v platnom znení. Proti rozhodnutiu podal v zákonnej lehote odvolanie odporca odôvodňujúc tým, že prvostupňové rozhodnutie vychádza z nesprávneho právneho posúdenia veci ( § 205 ods.2 písm. f/ O.s.p.), kedy súd z vykonaného dokazovania dospel k nesprávnym skutkovým zisteniam ( § 205 ods.2písm. d/ O.s.p.). Podľa názoru odvolateľa neobstojí skutkové zistenie súdu prvého stupňa o tom, že úlohy, ktoré navrhovateľovi dňa XX.X.XXXX uložil jeho priamy nadriadený Ing. Azari boli nesplniteľné, keď úvaha súdu je v rozpore s obsahom svedeckej výpovede v konaní vypočutých svedkov Ing. R. a Ing. L. V.. Súd prvého stupňa v odôvodnení rozhodnutia v časti týkajúcej sa posudzovania platnosti úkonu smerujúceho ku skončeniu pracovného pomeru nepostupoval v súlade s ust. § 157 ods.2 O.s.p. a neuviedol, z akých dôkazov pri svojom závere o neplatnosti okamžitého skončenia pracovného pomeru vychádzal a akými úvahami sa pri ich hodnotení riadil. V odvolaní ďalej poukázal na to, že dňa XX.X.XXXX pred skončením pracovného času navrhovateľ opustil svoje pracovisko a v dňoch XX.X. R. 18.X.XXXX nebol na pracovisku prítomný, čím porušil svoju 11Co 10/2011-188 povinnosť podľa § 81 písm. b/ Zákonníka práce. Z uvedeného vyplýva, že navrhovateľ opakovane porušoval viac svojich povinností naraz, pričom tieto porušoval vedome a úmyselne. Intenzita jeho porušenia pracovnej disciplíny je zvýraznená tým, že jeho povinnosťou ako vedúceho zamestnanca podľa § 82 písm. e/ Zákonníka práce bolo aj zabezpečovať, aby ním riadení zamestnanci neporušovali pracovnú disciplínu, a teda porušovanie pracovnej disciplíny navrhovateľom mohlo mať negatívny vplyv na plnenie povinností ním riadenými zamestnancami - za tohto stavu porušenie pracovnej disciplíny navrhovateľom dosahuje intenzitu závažného porušenia a použitie výnimočného spôsobu skončenia pracovného pomeru bolo na mieste. Odporca navrhol, aby odvolací súd rozhodnutie súdu prvého stupňa zmenil a návrh navrhovateľa v celom rozsahu zamietol. Navrhovateľ podal v zákonnej lehote odvolanie proti výroku súdu, ktorým nad rozsah priznaného peňažného plnenia na návrh odporcu podľa § 79 ods.2 Zákonníka práce zamietol návrh na náhradu mzdy z neplatného skončenia pracovného pomeru. Zamietajúce rozhodnutie považoval za nepreskúmateľné pre absenciu náležitého odôvodnenia a nevyporiadania sa s navrhovaným uložením povinnosti odporcovi uhradiť mzdu až do času, v ktorom navrhovateľovi umožní pokračovať v práci a taktiež s dôvodmi, ktoré navrhovateľ v súvislosti s nárokom na náhradu mzdy z neplatného skončenia pracovného pomeru prezentoval. Pracovný pomer navrhovateľa, ktorý uzavrel po doručení okamžitého skončenia pracovného pomeru v priebehu konania skončil, v súčasnosti je nezamestnaný, pričom obchodná spoločnosť F.-N., F..E..D.. mu nevyplatila mzdu za obdobie ostatných ôsmych mesiacov, kedy bol v tejto spoločnosti zamestnaný. Navrhovateľ poukázal na nesprávnu výšku súdom priznaného priemerného mesačného zárobku XX.XXX,- Sk (X.XXX,XX euro), keď z obsahu odôvodnenia nie je zrejmé, z akého listinného dôkazu súd prvého stupňa pri jej určovaní vychádzal. Navrhol, aby odvolací súd rozsudok Okresného súdu Bratislava I v napadnutej časti zmenil a uložil odporcovi povinnosť zaplatiť navrhovateľovi náhradu mzdy od X. X. XXXX až do doby, v ktorej mu odporca umožní pokračovať v práci. Vo vyjadrení sa k odvolaniu odporcu navrhovateľ poukázal na vzájomnú zameniteľnosť dôvodov okamžitého skončenia pracovného pomeru zo dňa XX.X. XXXX, keď z dokumentu nie je zrejmé, kedy sa v prípade navrhovateľa malo jednať o čerpanie dovolenky bez súhlasu nadriadeného zamestnanca, a kedy sa malo jednať o neospravedlnenú neprítomnosť v práci. Splnenie zadaných pracovných úloh mu bolo znemožnené konaním odporcu, ktorý mu odobral pracovné pomôcky na plnenie úloh a z ktorého konania je zrejmé, že hľadal zámienku na skončenie pracovného pomeru. Z vykonaného dokazovanie nie je zrejmé, prečo by mu zamestnávateľ inak bránil vo využívaní počítača, kancelárie, telefónu, automobilu, informačného systému a odoprel čerpanie dovolenky, ktoré inak nikdy predtým nebolo zamestnancom odopierané, ak na ňu mali nárok . Navrhovateľ uviedol, že jeho konanie bolo jediným racionálnym spôsobom, ako čeliť správaniu sa zamestnávateľa a priamo nadriadených zamestnancov; jeho konanie potom nemôže byť hodnotené ako také, ktoré by mohlo dosahovať stupeň závažného porušenia pracovnej disciplíny. Navrhol, aby odvolací súd rozhodnutie súdu v určovacej časti návrhu podľa ust. § 219 O.s.p ako vecne a právne správne potvrdil. Odporca vo vyjadrení sa k odvolaniu navrhovateľa uviedol, že v priebehu konania pred prvostupňovým súdom uplatnil žiadosť, aby nebola navrhovateľovi priznaná náhrada mzdy z neplatného skončenia pracovného pomeru za dobu presahujúcu XX mesiacov, resp. aby za toto obdobie bola náhrada mzdy primerane znížená. Uloženie povinnosti zaplatiť náhradu mzdy z neplatného skončenia pracovného pomeru za dobu XX mesiacov predstavuje pre zamestnávateľa dostatočnú sankciu za neplatné skončenie pracovného pomeru so zamestnancom, a na druhej strane aj dostatočnú satisfakciu pre zamestnanca. Vo vzťahu k dôvodom okamžitého skončenia pracovného pomeru namietol hrubé skreslenie skutkového stavu opísaného navrhovateľom, keď z vykonaného dokazovania vyplynulo, že všetky navrhovateľom uvádzané pomôcky ( s výnimkou prístupu do počítačového systému ) mal v čase, keď mu boli pracovné úlohy uložené plne k dispozícii a na ich vrátenie bol vyzvaný až po tom, čo výslovne odmietol uložené pracovné úlohy splniť a prejavil záujem ( i napriek tomu, že mal vedomosť o tom, že jeho nadriadený s čerpaním dovolenky nesúhlasí ) opustiť pracovisko. Vo vzťahu k čerpaniu dovolenky odporca poukázal na ust. § 111 ods.1 Zákonníka práce, podľa ktorého určuje čerpanie dovolenky jednostranne zamestnávateľ a takéto konanie zo strany zamestnávateľa nemôže byť diskrimináciou zamestnanca. O údajnom konflikte s nadriadeným zamestnancom ( hoci v priebehu dokazovania nebol takýto konflikt preukázaný ) mal navrhovateľ informovať vyššie nadriadených zamestnancov odporcu a vyzvať ich na zjednanie nápravy. Odvolací súd preskúmal vec v napadnutom ( t.j. v celom ) rozsahu podľa ust. § 212 ods. 1 O.s.p., vec prejednal bez nariadenia pojednávania podľa § 214 ods. 2 O.s.p. a dospel k záveru, že v danom prípade nie sú splnené podmienky na potvrdenie, resp. na zmenu odvolaním napadnutého rozhodnutia. 11Co 10/2011-189 Podľa § 68 ods. 1 písm. b/ zák. č. 311/2001 Z.z. ( ďalej „ Zákonníka práce „) v znení účinnom do 31.12.2008 zamestnávateľ môže okamžite skončiť pracovný pomer, ak zamestnanec porušil závažne pracovnú disciplínu. Podľa § 68 ods. 2/ Zákonníka práce zamestnávateľ môže podľa ods. 1 okamžite skončiť pracovný pomer iba v lehote jedného mesiaca odo dňa, keď sa o dôvode na okamžité skončenie dozvedel, najneskoršie však do jedného roka odo dňa, keď tento dôvod vznikol. Podľa § 70 Zákonníka práce okamžité skončenie pracovného pomeru musí zamestnávateľ aj zamestnanec urobiť písomne, musia v ňom skutkovo vymedziť jeho dôvod tak, aby ho nebolo možné zmeniť s iným dôvodom a musia ho v ustanovenej lehote doručiť druhému účastníkovi, inak je neplatné. Uvedený dôvod sa nesmie dodatočne meniť.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 79 ods. 1/ Zákonníka práce ak zamestnávateľ tak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Podľa § 79 ods. 2/ Zákonníka práce ak celkový čas, za ktorý by sa mala zamestnancovi poskytnúť náhradu mzdy presahuje 12 mesiacov, môže súd na žiadosť zamestnávateľa jeho povinnosť nahradiť mzdu za čas presahujúci 12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Podľa ust. § 134 ods.1,2 Zák. práce priemerný zárobok na pracovnoprávne účely zisťuje zamestnávateľ z hrubej mzdy zúčtovanej zamestnancovi na výplatu v rozhodnom období a z obdobia odpracovaného zamestnancom v rozhodnom období. Rozhodujúcim obdobím je kalendárny štvrťrok predchádzajúci štvrťroku, v ktorom sa zisťuje priemerný zárobok. Priemerný zárobok sa zisťuje vždy k prvému dňu kalendárneho mesiaca nasledujúceho po rozhodujúcom období. Podľa § 157 ods. 2 zák.č. 99/1963 Zb. v platnom znení ( ďalej „ O.s.p.“) v odôvodnení rozsudku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Vzhľadom na zákonnú povinnosť skúmať vždy, či napadnuté rozhodnutie prvostupňového súdu nebolo vydané v konaní postihnutou niektorou z procesných vád uvedených v § 221 ods.1 O.s.p., zaoberal sa odvolací súd otázkou,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Odvolací súd dospel k záveru, že konanie prvostupňového súdu má vadu uvedenú v ust. § 221 ods.1 písm. f) O.s.p.. Odňatím možnosti konať pred súdom je potrebné rozumieť taký postup súdu, ktorým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v realizácii tých procesných práv, ktoré Občiansky súdny poriadok priznáva na účelné uplatnenie, alebo bránenie práva proti druhému účastníkovi. Vydanie zmätočného rozhodnutia bez ďalšieho nemá svoje právne 11Co 10/2011-190 opodstatnenie, a preto je vždy nevyhnuté takéto rozhodnutie zrušiť najmä z hľadiska ústavou garantovaného práva na súdnu ochranu a spravodlivé súdne konanie. Významnú úlohu v procese hodnotenia dôkazov (§ 132 O.s.p. ) zohráva vnútorné presvedčenie súdu. Toto presvedčenie nemá predstavovať svojvôľu a nezodpovednosť súdu, ale naopak, malo by sa vytvárať na základe starostlivého uváženia a zhodnotenia jednotlivých dôkazov jednotlivo aj v ich komplexnosti tak, aby vychádzalo z pravidiel formálnej logiky. Zásada voľného hodnotenia dôkazov však má svoje limity. Jej kontrola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musí vyhovieť najmä základnej požiadavke preskúmateľnosti majúcej opodstatnenie nielen z hľadiska možného použitia opravných prostriedkov, ale tiež preto, že hoci zákonné ustanovenia týkajúce sa spôsobu odôvodňovania rozsudkov samy o sebe nepožívajú ústavnoprávnu ochranu, súvisia s postupom súdu z hľadiska práva na spravodlivý proces. Nedostatky odôvodnenia spolu s tzv. opomenutými dôkazmi (o ktorých súd v konaní nerozhodol vôbec ) zakladajú vadu nepreskúmateľnosti rozhodnutia. V posudzovanej veci prvostupňový súd odôvodnil svoje rozhodnutie v rozpore s § 157 ods.2 O.s.p., keď sa v ňom dostatočným spôsobom nevyporiadal so všetkými rozhodujúcimi skutočnosťami relevantnými pre posúdenie návrhu, a kedy v ňom dostatočne nevysvetlil jeho myšlienkový postup nielen s poukazom na výsledky v konaní vykonaného rozsiahleho dokazovania a zistené rozhodujúce skutočnosti, ale tiež s poukazom na ním prijaté právne závery. Nedostatočné odôvodnenie napadnutého rozhodnutia potom spôsobilo, že dôvodnosť námietok oboch účastníkov, vznesených v podaných odvolaniach vo vzťahu k výrokom súdu uvedených v rozhodnutí , nie je možné preskúmať a vyhodnotiť vo vzťahu k záverom prvostupňového súdu. Odvolací súd upriamuje pozornosť súdu prvého stupňa na to, že v konaní o určenie neplatnosti okamžitého skončenia pracovného pomeru ( ktorého prvotným predpokladom je podanie návrhu v lehote uvedenej v ust. § 77 Zákonníka práce ) musí súd posudzovať všetky otázky relevantné pre posúdenie platnosti úkonu smerujúceho ku skončeniu pracovného pomeru, a to či daný úkon spĺňa formálne náležitosti uvedené v ust. § 70 Zák. práce, či bol zamestnancovi daný v lehote uvedenej v ust. § 68 ods.2 Zák. práce, či bol úkon vopred prerokovaný so zástupcami zamestnancov ( § 74 Zák. práce ), či sa zamestnanec dopustil konania uvedeného v okamžitom skončení pracovného pomeru a napokon, či takéto konanie je čo do intenzity možné posúdiť ako závažné porušenie pracovnej disciplíny oprávňujúcej zamestnávateľa pristúpiť ku skončeniu pracovného pomeru týmto výnimočným spôsobom. Pri rozhodovaní o návrhu na určenie neplatnosti úkonu smerujúceho ku skončeniu pracovného pomeru musí ( tak, ako aj v iných veciach ) súd vychádzať zo starostlivo zisteného skutkového stavu na základe dôkazov produkovaných nielen navrhovateľom, ale musia byť dostatočne objasnené aj všetky skutočnosti uvádzané a preukazované druhou sporovou stranou. Vo vzťahu k časti odôvodnenia rozhodnutia súdu nadväzujúceho na výrok o určení neplatnosti okamžitého skončenia pracovného pomeru daného odporcom navrhovateľovi podľa ust. § 68 ods.1 písm. b/ Zákonníka práce je treba konštatovať, že z neho nie je zrejmá nadväznosť medzi skutkovými zisteniami získanými v procese dokazovania, keď z rozhodnutia nie je zrejmé, ako sa súd vyporiadal s námietkami navrhovateľa týkajúcimi sa nedostatku formálnych náležitostí tohto úkonu a absentuje v ňom úvaha súdu ( vychádzajúca z vykonaného dokazovania podložená právnym záverom ) , či a z akých dôvodov je vôbec možné konanie zamestnanca uvedené v okamžitom skončení pracovného pomeru považovať za porušenie pracovnej disciplíny s vyporiadaním sa podstatných námietok oboch účastníkov v tomto smere , ktoré opakovane prezentovali v priebehu konania, a i v podaných odvolaniach. V tomto smere nepostačuje iba stručná úvaha súdu o tom, že „ dôvody okamžitého skončenia pracovného pomeru nedosahovali taký stupeň intenzity porušenia pracovnej disciplíny zamestnancom, aký Zákonník práce predpokladá pri skončení pracovného pomeru podľa § 68 ods.1 písm. b/ Zák. práce .“ Odvolací súd v súvislosti s uvedeným dáva do pozornosti súdu prvého stupňa, že konkretizácia dôvodu okamžitého skončenia pracovného pomeru môže byť rôzna; v mnohých prípadoch stačí celkom stručné uvedenie skutočností, oprávňujúcich na skončenie pracovného pomeru týmto spôsobom, zhodné v podstate s ich uvedením v Zákonníku práce a zakladajúcich zákonný dôvod na tento disciplinárny postih, ale vždy tak, aby zamestnancovi bolo zrejmé, ktoré porušenie pracovnej disciplíny sa mu vytýka, a teda je dôvodom skončenia pracovného pomeru ( R 4/2002). V prípade, ak sú dôvodom okamžitého skončenia pracovného pomeru viaceré porušenia pracovnej disciplíny ( tak, ako v danom prípade ), je treba i v prípade nepreukázaného jedného, či viacerých dôvodov posudzovať, 11Co 10/2011-191 či ostatné porušenia pracovnej disciplíny odôvodňujú skončenie pracovného pomeru týmto spôsobom. Vo vzťahu k rozhodnutiu súdu prvého stupňa v časti, v ktorej priznal navrhovateľovi právo na náhradu mzdy z neplatného skončenia pracovného pomeru vo výške 33.787,29 euro a vo zvyšku návrh zamietol ( ktoré rozhodnutie je priamo závislé od rozhodnutia o určovacej časti návrhu ) je treba ako prvoradé uviesť, že náhrada mzdy z neplatného skončenia pracovného pomeru tak, ako ju upravuje ust. § 79 Zákonníka práce, je dôsledkom nesplnenia povinnosti zamestnávateľa, ktorý je povinný prideľovať zamestnancovi, trvajúcemu na tom, aby ho zamestnávateľ naďalej zamestnával, prácu v súlade s pracovnou zmluvou. Ak sa zamestnanec domáha neplatnosti skončenia pracovného pomeru a náhrady mzdy, rozhoduje súd ( s predpokladom vyhovenia návrhu v časti o určenie neplatnosti úkonu smerujúceho ku skončeniu pracovného pomeru ) o náhrade mzdy podľa stavu, ktorý je v čase vyhlásenia rozhodnutia ( § 154 ods.1 O.s.p.). V prejednávanej veci je treba uviesť, že z odôvodnenia rozhodnutia súdu prvého stupňa, pri absencii výpočtu priemerného zárobku ku dňu, kedy sa pracovný pomer medzi účastníkmi mal na základe napadnutého úkonu skončiť , nie je možné ustáliť, či jeho výška uvedená v rozhodnutí ( XX.XXX,- Sk brutto ) bola určená súdom prvého stupňa správne. V tejto súvislosti odvolací súd poukazuje na to, že podľa ust. § 134 ods.1 Zák. práce sa priemerný zárobok na pracovnoprávne účely zisťuje z hrubej mzdy zúčtovanej zamestnancovi na výplatu v rozhodnom období ( v tomto prípade z obdobia X. štvrťroka XXXX) a z obdobia odpracovaného zamestnancom v rozhodnom období; uvedené znamená, že pre výpočet priemerného zárobku nie je možné započítať peňažné plnenia poskytnuté zamestnávateľom ako náhradu mzdy za neodpracované obdobie, napr. dovolenky, sviatky a pod.. Za nepreskúmateľné považuje odvolací súd aj rozhodnutie v zamietajúcej časti nároku na náhradu mzdy z neplatného skončenia pracovného pomeru, keď z odôvodnenia nie je zrejmé, z akých dôvodov súd prvého stupňa za obdobie presahujúce XX mesiacov navrhovateľovi podľa § 79 ods.2 Zákonníka práce náhradu mzdy nepriznal vôbec a nepristúpil napr. len k primeranému zníženiu náhrady mzdy. Na základe uvedeného odvolací súd rozsudok súdu prvého stupňa podľa § 212 ods. 3 v spojení s § 221 ods. 1 písm. f) O.s.p. zrušil a podľa § 221 ods. 2 O.s.p. vec vrátil súdu prvého stupňa na ďalšie konanie. Úlohou súdu prvého stupňa bude vyhodnotiť dôkazy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veci ( uplatneného návrhu na určenie neplatnosti okamžitého skončenia pracovného pomeru zo dňa 21.7.2008 a o náhradu mzdy z neplatného skončenia pracovného pomeru )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o veci súd prvého stupňa rozhodne o náhrade trov odvolacieho konania ( § 224 ods.3 O.s.p.). Poučenie: Proti tomuto uzneseniu odvolanie nie je prípustné.</w:t>
      </w:r>
    </w:p>
    <w:p/>
    <w:p>
      <w:r>
        <w:t>Zdroj: KAUZIS.SK – https://www.kauzis.sk/judikatura/r/ECLI:SK:KSBA:2012:1108229972.1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