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3Cob/102/2012 z 30. 10. 2012</w:t>
      </w:r>
    </w:p>
    <w:p>
      <w:r>
        <w:t>Uznesenie Krajského súdu Bratislava z 30. októbra 2012, sp. zn. 3Cob/102/2012, ECLI:SK:KSBA:2012:1109208663.2</w:t>
      </w:r>
    </w:p>
    <w:p>
      <w:r>
        <w:t>Súd: Krajský súd Bratislava</w:t>
      </w:r>
    </w:p>
    <w:p>
      <w:r>
        <w:t>Spisová značka: 3Cob/102/2012</w:t>
      </w:r>
    </w:p>
    <w:p>
      <w:r>
        <w:t>ECLI: ECLI:SK:KSBA:2012:1109208663.2</w:t>
      </w:r>
    </w:p>
    <w:p>
      <w:r>
        <w:t>Dátum vydania: 30. 10.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3Cob/102/2012 Identifikačné číslo súdneho spisu: 1109208663 Dátum vydania rozhodnutia: 31. 10. 2012 Meno a priezvisko sudcu, VSÚ: JUDr. Elena Ondrišová ECLI: ECLI:SK:KSBA:2012:1109208663.2 Uznesenie Krajský súd v Bratislave, v právnej veci žalobcu: Železničná spoločnosť Slovensko, a.s. Rožňavská 1, Bratislava, IČO: 35 914 939, proti žalovanému: Železnice Slovenskej republiky, Bratislava, Klemensova 8, Bratislava IČO: 31 364 501, o zaplatenie 118,50 EUR a o odvolaní žalobcu proti rozsudku Okresného súdu Bratislava I v Bratislave č. k. 28Cb/114/2009 - 60 zo dňa 12.12.2011, jednohlasne takto r o z h o d o l : Krajský súd v Bratislave p r i p ú š ť a späťvzatie žalobného návrhu, rozsudok Okresného súdu Bratislava I v Bratislave č. k. 28Cb/114/2009 - 60 zo dňa 12.12.2011 z r u š u j e a konanie z a s t a v u j e . Žiaden z účastníkov nemá právo na náhradu trov odvolacieho konania. o d ô v o d n e n i e : Napadnutým rozsudkom zo dňa 12.12.2011 súd prvého stupňa zamietol žalobcov žalobný návrh a zaviazal ho na zaplatenie trov konania žalovaného vo výške 16,50 EUR. V odôvodnení rozsudku uviedol, že žalobca neuniesol dôkazné bremeno, a preto jeho žalobný návrh zamietol a s poukazom na ustanovenie § 142 ods. 1 O.s.p. ho zaviazal na zaplatenie trov konania žalovaného. Proti rozsudku súdu prvého stupňa podal riadne a včas odvolanie žalobca, ktorý navrhol odvolaciemu súdu, aby rozsudok súdu prvého stupňa zmenil tak, že žalobe vyhovie a zaviaže žalovaného na zaplatenie trov prvostupňového i odvolacieho konania, alebo aby napadnutý rozsudok zrušil a vrátil súdu prvého stupňa na ďalšie konanie. Následne podaním zo dňa 13.09.2012 zobral žalobca späť svoj žalobný návrh v celom rozsahu poukazujúc na uzavretie mimosúdnej dohody, ktorú dňa 06.09.2012 uzavrel so žalovaným a žiadal odvolací súd, aby konanie zastavil a o trovách konania rozhodol tak, že žiaden z účastníkov nemá právo na náhradu trov konania. Podľa § 96 ods. 1 O.s.p. navrhovateľ môže vziať za konania späť návrh na jeho začatie, a to sčasti alebo celkom. Ak je návrh vzatý späť celkom, súd konanie zastaví. Ak je návrh vzatý späť sčasti, súd konanie v tejto časti zastaví. Podľa § 208 O.s.p.,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Odvolací súd po preskúmaní dohody o mimosúdnom urovnaní č. I.-XXX/XXXX a jej prílohy č. 1 zistil, že žalobca so žalovaným uzavreli mimosúdnu dohodu, ktorej predmetom bola i pohľadávka žalobcu, ktorá je predmetom tohto konania a keďže z tejto dohody ako i z podania žalobcu zo dňa 13.09.2012 je zrejmé, že žalovaný so späťvzatím žalobného návrhu súhlasí, odvolací súd na základe naplnenia zákonných podmienok s poukazom na ustanovenie § 208 O.s.p. pripustil späťvzatie žalobného návrhu, zrušil rozsudok súdu prvého stupňa č. k. 28Cb/114/2009 - 60 zo dňa 12.12.2011 a zastavil konanie. O trovách odvolacieho konania rozhodol súd s poukazom na ustanovenie § 224 ods. 1 v spojení s § 146 ods. 1, písm. c) O.s.p., podľa ktorého žiaden z účastníkov nemá právo na náhradu trov konania podľa jeho výsledku, ak bolo konanie zastavené. O vrátení súdneho poplatku za podané odvolanie rozhodne súd prvého stupňa s poukazom na ustanovenie § 11 ods. 1 zákona o súdnych poplatkoch. Poučenie: Proti tomuto uzneseniu odvolanie nie je prípustné.</w:t>
      </w:r>
    </w:p>
    <w:p/>
    <w:p>
      <w:r>
        <w:t>Zdroj: KAUZIS.SK – https://www.kauzis.sk/judikatura/r/ECLI:SK:KSBA:2012:1109208663.2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