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2Cob/377/2012 z 23. 10. 2012</w:t>
      </w:r>
    </w:p>
    <w:p>
      <w:r>
        <w:t>Uznesenie Krajského súdu Bratislava z 23. októbra 2012, sp. zn. 2Cob/377/2012, ECLI:SK:KSBA:2012:1109208666.1</w:t>
      </w:r>
    </w:p>
    <w:p>
      <w:r>
        <w:t>Súd: Krajský súd Bratislava</w:t>
      </w:r>
    </w:p>
    <w:p>
      <w:r>
        <w:t>Spisová značka: 2Cob/377/2012</w:t>
      </w:r>
    </w:p>
    <w:p>
      <w:r>
        <w:t>ECLI: ECLI:SK:KSBA:2012:1109208666.1</w:t>
      </w:r>
    </w:p>
    <w:p>
      <w:r>
        <w:t>Dátum vydania: 23. 10. 2012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2Cob/377/2012 Identifikačné číslo súdneho spisu: 1109208666 Dátum vydania rozhodnutia: 24. 10. 2012 Meno a priezvisko sudcu, VSÚ: JUDr. Oľga Bahníková ECLI: ECLI:SK:KSBA:2012:1109208666.1 Uznesenie Krajský súd v Bratislave v právnej veci žalobcu: Železničná spoločnosť Slovensko, a.s., Rožňavská 1, 832 72 Bratislava 3, IČO: 35 914 939, proti žalovanému: Železnice Slovenskej republiky, Bratislava v skrátenej forme ''ŽSR'', Klemensova 8, 813 61 Bratislava, IČO: 31 364 501, o zaplatenie 192,56 eura s príslušenstvom, o odvolaní žalobcu proti rozsudku Okresného súdu Bratislava I č.k. 26Cb/116/2009-86 zo dňa 30.04.2012, o späťvzatí žaloby takto r o z h o d o l : Krajský súd v Bratislave pripúšťa späťvzatie žaloby, rozsudok Okresného súdu Bratislava I č.k. 26Cb/116/2009-86 zo dňa 30.04.2012 zrušuje a konanie zastavuje. Žiaden z účastníkov nemá právo na náhradu trov konania. o d ô v o d n e n i e : Okresný súd Bratislava I rozsudkom č.k. 26Cb/116/2009-86 zo dňa 30.04.2012 žalobu v celom rozsahu zamietol a žalobcovi uložil povinnosť zaplatiť žalovanému trovy konania vo výške 16,50 eura do troch dní od právoplatnosti rozsudku. Proti tomuto rozsudku podal dňa 13.06.2012 odvolanie žalobca a následne podaním zo dňa 13.09.2012, doručeným súdu dňa 18.09.2012 vzal návrh v celom rozsahu späť z dôvodu mimosúdnej dohody so žalovaným. Navrhol, aby súd konanie zastavil a žiadnemu účastníkovi nepriznal právo na náhradu trov konania. Žalovaný so späťvzatím žaloby súhlasil. Podľa § 208 O.s.p., ak je návrh na začatie konania vzatý späť, keď už rozhodol súd prvého stupňa, ale jeho rozhodnutie nie je dosiaľ právoplatné, odvolací súd rozhodne o pripustení späťvzatia. Súd späťvzatie nepripustí, ak druhý účastník s tým nesúhlasí. Ak späťvzatie pripustí, odvolací súd zruší rozhodnutie súdu prvého stupňa a konanie zastaví. Vzhľadom k tomu, že boli splnené podmienky postupu podľa § 208 O.s.p., Krajský súd v Bratislave späťvzatie návrhu na začatie konania pripustil, rozsudok súdu prvého stupňa zrušil a konanie zastavil. O trovách konania rozhodol odvolací súd podľa § 224 ods. 1 a § 146 ods. 1 písm. c) O.s.p. tak, že žiadnemu z účastníkov nepriznal právo na náhradu konania (prvostupňového i odvolacieho), pretože konanie bolo zastavené. Poučenie: Proti tomuto uzneseniu odvolanie nie je prípustné.</w:t>
      </w:r>
    </w:p>
    <w:p/>
    <w:p>
      <w:r>
        <w:t>Zdroj: KAUZIS.SK – https://www.kauzis.sk/judikatura/r/ECLI:SK:KSBA:2012:1109208666.1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