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5Co/239/2012 z 30. 5. 2012</w:t>
      </w:r>
    </w:p>
    <w:p>
      <w:r>
        <w:t>Uznesenie Krajského súdu Bratislava z 30. mája 2012, sp. zn. 5Co/239/2012, ECLI:SK:KSBA:2012:1109209774.1</w:t>
      </w:r>
    </w:p>
    <w:p>
      <w:r>
        <w:t>Súd: Krajský súd Bratislava</w:t>
      </w:r>
    </w:p>
    <w:p>
      <w:r>
        <w:t>Spisová značka: 5Co/239/2012</w:t>
      </w:r>
    </w:p>
    <w:p>
      <w:r>
        <w:t>ECLI: ECLI:SK:KSBA:2012:1109209774.1</w:t>
      </w:r>
    </w:p>
    <w:p>
      <w:r>
        <w:t>Dátum vydania: 30. 5.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5Co/239/2012 Identifikačné číslo súdneho spisu: 1109209774 Dátum vydania rozhodnutia: 31. 05. 2012 Meno a priezvisko sudcu, VSÚ: JUDr. Juraj Považan ECLI: ECLI:SK:KSBA:2012:1109209774.1 Uznesenie Krajský súd v Bratislave v právnej veci navrhovateľa: N.. B. G., H. D. U., C. H. XX proti odporcovi: Slovenská republika - Ministerstvo spravodlivosti SR so sídlom v Bratislave, Župné nám. 13, o určenie, že odmeňovanie navrhovateľa je v rozpore so zásadou rovnakého zaobchádzania a náhradu nemajetkovej ujmy, na odvolanie navrhovateľa proti uzneseniu Okresného súdu Bratislava I v Bratislave zo dňa 2. apríla 2012 č.k. 26C 82/2009 - 65 takto r o z h o d o l : Odvolací súd napadnuté uznesenie súdu prvého stupňa z r u š u j e . o d ô v o d n e n i e : Napadnutým uznesením súd prvého stupňa navrhovateľovi nepriznal oslobodenie od súdnych poplatkov s odôvodnením, že tento nepreukázal, že by jeho majetkové pomery neumožňovali zaplatiť súdny poplatok za návrh vo výške 5.700 €. Proti tomuto uzneseniu podal v zákonnej lehote odvolanie navrhovateľ. Navrhol napadnuté uznesenie zrušiť a znovu rozhodnúť o jeho návrhu podľa jeho obsahu. Poukázal na to, že vzhľadom na finančné pomery jeho a jeho rodiny by ho ani nenapadlo zažiadať o oslobodenie od súdnych poplatkov. Odvolací súd preskúmal vec bez nariadenia odvolacieho pojednávania (§ 212 ods. 1 a § 214 ods. 2 O.s.p.) a dospel k záveru, že odvolanie navrhovateľa je dôvodné. Súd prvého stupňa rozhodol vecne nesprávne, keď vydal napadnuté uznesenie. Z ust. § 138 ods. 1 O.s.p. totiž jednoznačne vyplýva, že o oslobodení od súdnych poplatkov cit. zák. ustanovenia môže súd rozhodnúť len na návrh účastníka konania; t.j. o oslobodení od súdnych poplatkov nemožno rozhodovať ex offo (bez návrhu). Navrhovateľ o takéto oslobodenie v konaní však vôbec nežiadal, čo výslovne potvrdil i obsahom svojho odvolania. Súd prvého stupňa si nesprávne vyložil obsah podania navrhovateľa v ktorom tvrdí, že toto konanie je vecne oslobodené od súdneho poplatku, keďže zaplatiť štátu súdny poplatok v súdnom konaní v ktorom štát žaluje za to, že mu v konečnom dôsledku štát spôsobil finančnú ujmu, je jednoznačne v rozpore s rovnosťou strán v konaní pred súdom a právom na spravodlivý súdny proces. Za tohto stavu teda chýbal súdu prvého stupňa základný predpoklad pre rozhodovanie o oslobodení od súdnych poplatkov a to žiadosť (návrh) navrhovateľa o takéto oslobodenie (§ 138 O.s.p.). Odvolaciemu súdu z týchto dôvodov nezostalo iné, než napadnuté uznesenie súdu prvého stupňa ako bezzákladné (vydané bez návrhu navrhovateľa) zrušiť (§ 221 ods. 1 písm. i/ O.s.p.). Poučenie: Toto uznesenie nemožno napadnúť odvolaním.</w:t>
      </w:r>
    </w:p>
    <w:p/>
    <w:p>
      <w:r>
        <w:t>Zdroj: KAUZIS.SK – https://www.kauzis.sk/judikatura/r/ECLI:SK:KSBA:2012:1109209774.1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