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3Cob/218/2012 z 17. 6. 2012</w:t>
      </w:r>
    </w:p>
    <w:p>
      <w:r>
        <w:t>Uznesenie Krajského súdu Bratislava z 17. júna 2012, sp. zn. 3Cob/218/2012, ECLI:SK:KSBA:2012:1109210912.1</w:t>
      </w:r>
    </w:p>
    <w:p>
      <w:r>
        <w:t>Súd: Krajský súd Bratislava</w:t>
      </w:r>
    </w:p>
    <w:p>
      <w:r>
        <w:t>Spisová značka: 3Cob/218/2012</w:t>
      </w:r>
    </w:p>
    <w:p>
      <w:r>
        <w:t>ECLI: ECLI:SK:KSBA:2012:1109210912.1</w:t>
      </w:r>
    </w:p>
    <w:p>
      <w:r>
        <w:t>Dátum vydania: 17.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3Cob/218/2012 Identifikačné číslo súdneho spisu: 1109210912 Dátum vydania rozhodnutia: 18. 06. 2012 Meno a priezvisko sudcu, VSÚ: JUDr. Helena Škrinárová ECLI: ECLI:SK:KSBA:2012:1109210912.1 Uznesenie Krajský súd v Bratislave v právnej veci žalobcu FinTeam, spol. s r.o., Muškátová 10, Košice, IČO 31 737 897, práv. zást. Advokátska kancelária Kovár a partneri s.r.o., Vajnorská 8/A, Bratislava, proti žalovanému UniCredit Bank Slovakia a.s., Šancová 1/A, Bratislava, IČO 00 681 709, o zaplatenie 100 000 000,- eur náhrady škody, o odvolaní žalovaného proti medzitýmnemu rozsudku Okresného súdu Bratislava I v Bratislave, č.k. 33 Cb/72/2009-503 zo 16.1.2012 a o späťvzatí návrhu na začatie konania takto r o z h o d o l : Odvolací súd pripúšťa späťvzatie návrhu na začatie konania, medzitýmny rozsudok súdu prvého stupňa č.k. 33 Cb/72/2009-503 zo 16.1.2012 z r u š u j e a konanie z a s t a v u j e . Žalovanému náhradu trov konania nepriznáva. o d ô v o d n e n i e : Napadnutým medzitýmnym rozsudkom súd prvého stupňa rozhodol o základe nároku žalobcu na náhradu škody tak, že je dôvodný. S týmto rozsudkom sa neuspokojil žalovaný a v zákonnej lehote podal proti nemu odvolanie, v ktorom navrhol napadnuté rozhodnutie zmeniť tak, že základ nároku žalobcu na náhradu škody nie je dôvodný resp. zrušiť a vrátiť súdu prvého stupňa na ďalšie konanie. Predtým, než napadnutý rozsudok sa stal právoplatným, vzal žalobca návrh na začatie konania späť bez odôvodnenia podaním doručeným súdu 30.5.2012, v ktorom súhlas so späťvzatím dal i žalovaný. Podľa ustanovenia § 208 O.s.p. ak je návrh na začatie konania vzatý späť, ale jeho rozhodnutie nie je dosiaľ právoplatné, odvolací súd rozhodne o pripustení späťvzatia. Späťvzatie odvolací súd nepripustí ak druhý účastník s tým nesúhlasí. V predmetnej veci žalovaný súhlasil so späťvzatím návrhu na začatie konania a preto odvolací súd v zmysle citovaného zákonného ustanovenia zrušil rozhodnutie súdu prvého stupňa a konanie zastavil. O náhrade trov konania malo byť rozhodnuté podľa § 146 ods. 2 prvá veta v spojení s § 224 ods. 1 O.s.p.. Procesne úspešný žalovaný si náhradu trov neuplatnil a preto odvolací súd mu ich náhradu nepriznal. Pre úplnosť odvolací súd považuje za potrebné uviesť, že v spoločnosti právneho zástupcu žalobcu došlo od 18.3.2011 k zmene obchodného mena. Súd prvého stupňa v záhlaví rozsudku uviedol právneho zástupcu žalobcu s obchodným menom platným do 17.3.2011. Túto zrejmú nesprávnosť odvolací súd v zmysle § 164 O.s.p. opravil priamo v záhlaví tohto uznesenia. Toto rozhodnutie prijal Krajský súd v Bratislave v senáte pomerom hlasov 3:0 (§ 3 ods. 9 zák. č. 757/2004 Z.z. o súdoch a o zmene a doplnení niektorých zákonov v znení účinnom od 1. mája 2011). Poučenie: Proti tomuto uzneseniu odvolanie nie je prípustné.</w:t>
      </w:r>
    </w:p>
    <w:p/>
    <w:p>
      <w:r>
        <w:t>Zdroj: KAUZIS.SK – https://www.kauzis.sk/judikatura/r/ECLI:SK:KSBA:2012:1109210912.1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