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9Co/345/2011 z 29. 4. 2012</w:t>
      </w:r>
    </w:p>
    <w:p>
      <w:r>
        <w:t>Uznesenie Krajského súdu Bratislava z 29. apríla 2012, sp. zn. 9Co/345/2011, ECLI:SK:KSBA:2012:1109227972.1</w:t>
      </w:r>
    </w:p>
    <w:p>
      <w:r>
        <w:t>Súd: Krajský súd Bratislava</w:t>
      </w:r>
    </w:p>
    <w:p>
      <w:r>
        <w:t>Spisová značka: 9Co/345/2011</w:t>
      </w:r>
    </w:p>
    <w:p>
      <w:r>
        <w:t>ECLI: ECLI:SK:KSBA:2012:1109227972.1</w:t>
      </w:r>
    </w:p>
    <w:p>
      <w:r>
        <w:t>Dátum vydania: 29. 4.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9Co/345/2011 Identifikačné číslo súdneho spisu: 1109227972 Dátum vydania rozhodnutia: 30. 04. 2012 Meno a priezvisko sudcu, VSÚ: JUDr. Roman Huszár ECLI: ECLI:SK:KSBA:2012:1109227972.1 Uznesenie Krajský súd v Bratislave v právnej veci navrhovateľa : UNIQA poisťovňa, a.s., Bratislava, Lazaretská č. 15, zastúpený advokátkou kanceláriou TOMÁŠ KUŠNÍR, s.r.o., Bratislava, Údernícka č. 5, proti odporkyni : J. F. G., T. H. H., C.. D. X, U..Č.. na neznámom mieste, zastúpenej opatrovníkom Alexandrou Vaškovou, súdnou tajomníčkou Okresného súdu Bratislava I, o zaplatenie 472,22 € s prísl., na odvolanie navrhovateľa proti rozsudku Okresného súdu Bratislava I zo dňa 16. decembra 2010 č.k. 26 C 47/2010-43 v pomere hlasov 3:0 takto r o z h o d o l : Odvolací súd rozsudok súdu prvého stupňa v napadnutej časti týkajúcej sa náhrady trov konania z m e ň u j e tak, že odporkyňa je povinná zaplatiť navrhovateľovi náhradu trov konania vo výške 28 € a trovy právneho zastúpenie vo výške 96,36 € advokátskej kancelárii TOMÁŠ KUŠNÍR, s.r.o., Bratislava, Údernícka č. 5 do 3 dní od právoplatnosti uznesenia. Odporkyňa je povinná zaplatiť navrhovateľovi náhradu trov odvolacieho konania a to trov právneho zastúpenia vo výške 28,81 € advokátskej kancelárii TOMÁŠ KUŠNÍR, s.r.o., Bratislava, Údernícka č. 5 do 3 dní od právoplatnosti uznesenia. o d ô v o d n e n i e : Napadnutým rozsudkom prvostupňový súd zaviazal odporkyňu k povinnosti zaplatiť navrhovateľovi 472,22 € spolu so 9,5 % úrokom z omeškania od 16.11.2006 až do zaplatenia a náhradu trov konania na účet právneho zástupcu navrhovateľa vo výške 95,56 €, do 3 dní od právoplatnosti tohto rozsudku. Svoje rozhodnutie v časti trov konania prvostupňový súd odôvodnil ustanovením § 142 ods. 1 O.s.p. a v konaní úspešnému navrhovateľovi priznal náhradu trov konania, pozostávajúcich zo zaplateného súdneho poplatku a trov právneho zastúpenia, keď trovy právneho zastúpenia pozostávajú z 2 úkonov právnej pomoci á 39,51 € a 2 krát paušál 8,27 €. Proti tomuto rozsudku v časti týkajúcej sa náhrady trov konania podal v zákonom stanovenej lehote odvolania navrhovateľ, ktorým žiadal, aby odvolací súd rozsudok súdu prvého stupňa v napadnutej časti zmenil tak, že zaviaže odporcu k povinnosti zaplatiť mu náhradu trov konania vo výške 28 € a trov právneho zastúpenia vo výške 95,56 €, ako aj k náhrade trov odvolacieho konania vo výške 28,81 €. Vo svojom odvolaní uviedol, že vo výrokovej časti rozsudku boli navrhovateľovi priznané iba trovy konania pozostávajúce z trov právneho zastúpenia a trovy konania za zaplatený súdny poplatok navrhovateľovi priznané neboli, aj keď v odôvodnení súd konštatuje, že súd navrhovateľovi priznal plnú náhradu trov konania, ktoré tvorí zaplatený súdny poplatok a trovy právneho zastúpenia vo výške 95,56 €. Odporkyňa sa k odvolaniu navrhovateľa písomne nevyjadrila. Krajský súd v Bratislave ako súd odvolací (§ 10 ods. 1 O.s.p.) preskúmal vec v rozsahu podaného odvolania v napadnutej časti podľa § 212 ods. 1 O.s.p., bez nariadenia odvolacieho pojednávania (§ 214 ods. 2) a dospel k záveru, že odvolanie navrhovateľa je dôvodné. Po oboznámením sa s obsahom spisu má odvolací súd za to, že súd prvého stupňa správne svoje rozhodnutie oprel o ustanovenie § 142 ods. 1 O.s.p., ale trovy konania nesprávne vyčíslil. Trovy konania, ktoré boli súdom prvého stupňa nesprávne vyčíslené, predstavujú sumu 28 € súdny poplatok za návrh a trovy právneho zastúpenia vo výške 96,36 €. Trovy právneho zastúpenia predstavujú odmenu advokáta za 2 úkony právnej služby a to prevzatie a príprava zastúpenia dňa 16.6.2009, písomné podanie - návrh na začatie konania zo dňa 29.7.2009. Odmena za jeden úkon právnej služby predstavuje v zmysle § 10 ods. 1 Vyhlášky MS SR č. 655/2004 Z.z. o odmenách a náhradách advokátov za poskytovanie právnych služieb sumu 33,20 €. Aj s poukazom na § 15 písm. a) citovanej vyhlášky potom odmena predstavuje sumu 80,30 € (2 x 33,20 € + 2 x 6,95 € režijný paušál). Odmena za úkony právnej služby a náhrady bola v zmysle § 18 ods. 3 vyhlášky platnej a účinnej od 1.6.2009 zvýšená o 20 % DPH, t.j. o sumu 16,06 € (20 % zo sumy 80,30 €) a celková odmena potom predstavuje sumu 96,36 € (80,30 € + 16,06 €). Odvolací súd v zmysle vyššie uvedeného rozsudok súdu prvého stupňa v napadnutej časti v zmysle § 220 O.s.p. zmenil a rozhodol tak, ako je uvedené vo výroku tohto uznesenia. O náhrade trov odvolacieho konania rozhodol odvolací súd podľa § 224 ods. 1, 2 § 142 ods. 1 O.s.p. a § 151 ods. 1 O.s.p., keď navrhovateľ cestou svojho právneho zástupcu podal návrh aj na priznanie náhrady trov odvolacieho konania a priznal v odvolacom konaní úspešnému navrhovateľovi náhradu trov odvolacieho konania za 1 úkon právnej služby a to písomné podanie - odvolanie proti výroku o trovách konania zo dňa 21.1.2011. Odmena za tento úkon právnej služby predstavuje s poukazom na § 10 ods. 1, § 14 ods. 2 písm. c), § 15 písm. a) citovanej Vyhlášky MS SR č. 655/2004 Z.z. sumu 24,01 € (33,20 € z toho 1 t.j. 16,60 € + režijný paušál vo výške 7,41 €). Táto odmena a náhrady boli v zmysle § 18 ods. 3 zvýšené o 20 % DPH, t.j. o sumu 4,80 € a celkové trovy odvolacieho konania predstavujú sumu 28,81 €. Odporkyňa, ktorej bola uložená náhrada trov konania, je povinná túto zaplatiť advokátovi, ktorý zastupoval účastníka, ktorému bola náhrada trov konania prisúdená (§ 149 ods. 1 O.s.p.). Poučenie: Proti tomuto uzneseniu nie je možné podať odvolanie.</w:t>
      </w:r>
    </w:p>
    <w:p/>
    <w:p>
      <w:r>
        <w:t>Zdroj: KAUZIS.SK – https://www.kauzis.sk/judikatura/r/ECLI:SK:KSBA:2012:1109227972.1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