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5Co/144/2012 z 29. 3. 2012</w:t>
      </w:r>
    </w:p>
    <w:p>
      <w:r>
        <w:t>Uznesenie Krajského súdu Bratislava z 29. marca 2012, sp. zn. 5Co/144/2012, ECLI:SK:KSBA:2012:1109231374.1</w:t>
      </w:r>
    </w:p>
    <w:p>
      <w:r>
        <w:t>Súd: Krajský súd Bratislava</w:t>
      </w:r>
    </w:p>
    <w:p>
      <w:r>
        <w:t>Spisová značka: 5Co/144/2012</w:t>
      </w:r>
    </w:p>
    <w:p>
      <w:r>
        <w:t>ECLI: ECLI:SK:KSBA:2012:1109231374.1</w:t>
      </w:r>
    </w:p>
    <w:p>
      <w:r>
        <w:t>Dátum vydania: 29. 3.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5Co/144/2012 Identifikačné číslo súdneho spisu: 1109231374 Dátum vydania rozhodnutia: 30. 03. 2012 Meno a priezvisko sudcu, VSÚ: JUDr. Milan Chalúpka ECLI: ECLI:SK:KSBA:2012:1109231374.1 Uznesenie Krajský súd v Bratislave v právnej veci navrhovateľky: E.. C. L., P. XXXX/XX, J. proti odporcovi: Slovenská republika - Ministerstvo spravodlivosti, Župné nám. 13, Bratislava, o zaplatenie 185 513 eur, na odvolanie navrhovateľky voči uzneseniu Okresného súdu Bratislava I č.k. 21C 223/2009 - 84 zo dňa 30.12.2011 takto r o z h o d o l : Odvolací súd napadnuté uznesenie súdu prvého stupňa p o t v r d z u j e . o d ô v o d n e n i e : Súd prvého stupňa napadnutým uznesením zamietol návrh navrhovateľky zo dňa 30.09.2011 na prerušenie konania. Navrhovateľka sa návrhom na začatie konania domáhala zaplatenia 185.513 eur odporcom z dôvodu vzniknutej nemajetkovej ujmy. Nemajetková ujma mala navrhovateľke vzniknúť tým, že jej odmeňovanie ako sudkyne uskutočňované podľa § 67 zákona č. 385/2000 Z. z. v porovnaní s odmeňovaním sudcov špeciálneho súdu bolo v rozpore so zásadou rovnakého zaobchádzania. Svoj návrh na prerušenie konania navrhovateľka odôvodnila tým, že v konaní pred Ústavným súdom Slovenskej republiky prebieha konanie pod sp. zn. IIÚS 16/2011 v ktorom sa má vyriešiť otázka zaujatosti sudcov v konaniach o žalobách sudcov proti Slovenskej republike a taktiež navrhla prerušiť konanie do skončenia konania vedenom na Okresnom súde Bratislava I pod sp. zn. 7C 133/2009. Súd prvého stupňa návrh na prerušenie konania zamietol pretože nezistil, že by sa v uvedenom konaní pred Ústavným súdom Slovenskej republiky riešila otázka, ktorá by mala vplyv na toto prebiehajúce konanie. V spomínanom konaní pred Ústavným súdom Slovenskej republiky bola podaná sťažnosť Slovenskou republikou zast. Ministerstvom spravodlivosti proti Najvyššiemu súdu SR z dôvodu, že malo byť porušené jej právo na prejednanie veci nezávislým a nestranným súdom. Akékoľvek rozhodnutie v tomto konaní pred ÚS SR podľa názoru súdu prvého stupňa nie je spôsobilé žiadnym spôsobom ovplyvniť rozhodnutie súdu prvého stupňa v tomto konaní. Súd prvého stupňa taktiež nezistil dôvod na prerušenie konania do skončenia veci vedenej pod sp. zn. 7C 133/2009 na Okresnom súde Bratislava I. Ide síce o obdobnú žalobu, konanie sa momentálne nachádza na Krajskom súde v Bratislave na rozhodnutie o vznesenej námietke zaujatosti odporcu voči zákonnému sudcovi. Avšak ani toto konanie nemá žiadny vplyv na toto prebiehajúce súdne konanie. Odvolací súd preskúmal napadnuté rozhodnutie podľa § 212 ods. 1 O.s.p. bez nariadenia odvolacieho pojednávania (§ 214 ods. 2 O.s.p.) a dospel k záveru, že odvolanie navrhovateľky nie je dôvodné. Odvolací súd sa stotožňuje s postupom súdu prvého stupňa pri rozhodovaní o zamietnutí návrhu navrhovateľky na prerušenie konania. Rozhodnutie Ústavného súdu SR v konaní vedenom pod spisovou značkou IIÚS 16/2011 skutočne nijakým spôsobom nemôže ovplyvniť resp. mať význam pre rozhodovanie súdu v tomto konaní. Obdobná situácia je aj v konaní vedenom pod sp. zn. 7C 133/2009. Je pravdou, že predmet sporu v tejto prejednávanej veci je obdobný ako v uvedenom konaní sp. zn. 7C 133/2009 avšak nerieši sa v ňom otázka, ktorá môže mať význam pre rozhodnutie súdu v tejto veci. Ani rozhodnutie vo veci samej v konaní sp. zn. 7C 133/2009 nemôže a nebude automaticky znamenať identické rozhodnutie súdu v tejto prejednávanej veci. Vzhľadom na skutočnosť, že odvolací súd sa v celom rozsahu stotožňuje i s odôvodnením napadnutého rozsudku súdu prvého stupňa, obmedzil odvolací súd odôvodnenie potvrdzujúceho rozhodnutia na konštatovanie správnosti dôvodov uvedených súdom prvého stupňa v zmysle ust. § 219 ods. 2 O.s.p. v znení účinnom od 15.októbra 2008 (§ 372 p ods.1 O.s.p. zavedeného zákonom č.384/2008 Z. z.). Poučenie: Proti tomuto uzneseniu nie je prípustné odvolanie.</w:t>
      </w:r>
    </w:p>
    <w:p/>
    <w:p>
      <w:r>
        <w:t>Zdroj: KAUZIS.SK – https://www.kauzis.sk/judikatura/r/ECLI:SK:KSBA:2012:1109231374.1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