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2Cob/63/2012 z 27. 9. 2012</w:t>
      </w:r>
    </w:p>
    <w:p>
      <w:r>
        <w:t>Uznesenie Krajského súdu Bratislava z 27. septembra 2012, sp. zn. 2Cob/63/2012, ECLI:SK:KSBA:2012:1109232564.1</w:t>
      </w:r>
    </w:p>
    <w:p>
      <w:r>
        <w:t>Súd: Krajský súd Bratislava</w:t>
      </w:r>
    </w:p>
    <w:p>
      <w:r>
        <w:t>Spisová značka: 2Cob/63/2012</w:t>
      </w:r>
    </w:p>
    <w:p>
      <w:r>
        <w:t>ECLI: ECLI:SK:KSBA:2012:1109232564.1</w:t>
      </w:r>
    </w:p>
    <w:p>
      <w:r>
        <w:t>Dátum vydania: 27.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2Cob/63/2012 Identifikačné číslo súdneho spisu: 1109232564 Dátum vydania rozhodnutia: 28. 09. 2012 Meno a priezvisko sudcu, VSÚ: JUDr. Zita Ilčíková ECLI: ECLI:SK:KSBA:2012:1109232564.1 Uznesenie Krajský súd v Bratislave v právnej veci navrhovateľa: K R A N M O N T, spol. s r.o., so sídlom Diakovská 1231/12, Šaľa, IČO: 31 420 681, zast.: JUDr. Ľudovít Štanglovič, A.K. so sídlom Mostová 6, Šaľa, proti odporcovi: BARAMONT, s.r.o., so sídlom J. Jesenského 26/1658, Tvrdošovce, IČO: 44 164 211, zast.: Mgr. Andrej Kelemen, A.K. Hlavná ul. 39, Šaľa, o ochrane proti nekalej súťaži a ochrane obchodného mena a priznanie primeraného zadosťučinenia, o odvolaní odporcu proti uzneseniu Okresného súdu Bratislava I č.k. 25CbPv/ 4/2009-218 zo dňa 29.09.2011 takto r o z h o d o l : Krajský súd v Bratislave uznesenie Okresného súdu Bratislava I č.k. 25CbPv/4/2009-218 zo dňa 29.09.2011 v napadnutej časti trov konania z r u š u j e a vec v r a c i a súdu prvého stupňa na ďalšie konanie. o d ô v o d n e n i e : Napadnutým uznesením súd prvého stupňa v dôsledku späťvzatia návrhu konanie vo veci podľa § 96 ods. 1, 2 O.s.p. zastavil. O trovách konania rozhodol tak, že vyslovil, že žiaden z účastníkov nemá právo na náhradu trov konania. Rozhodol tak s poukazom na znenie ust. § 146 ods. 1, 2, O.s.p., s odôvodnením, že tak navrhovateľ ako ani odporca si náhradu trov konania neuplatnil. Ani na výzvu súdu zo dňa 08.08.2011, teda súd neposudzoval dôvod, pre ktorý k späťvzatiu došlo a či sú splnené podmienky na priznanie náhrady trov konania podľa § 146 ods. 2 O.s.p. a rozhodol o nich podľa § 146 ods. 1 písm. c/ O.s.p.. Proti tomuto uzneseniu v časti trov konania podal v zákonom stanovenej lehote odvolanie odporca. V odvolaní namietal, že na výzvu súdu prvého stupňa zo dňa 08.08.2011 reagoval a svoj nárok vyčíslil, dňa 30.08.2011 a zaslal ho ako doporučenú zásielku prostredníctvom Slovenskej pošty na adresu súdu. Na žiadosť o informáciu zaslanú e-mailom 27.10.2011 súd nereagoval. Na telefonický dotaz zo dňa 02.11.2011 mu bolo oznámené, že vyčíslenie trov konania sa pravdepodobne v spise nenachádza, že nebolo založené do príslušného spisu. Preto žiadal uznesenie súdu prvého stupňa v časti trov konania zmeniť a odporcovi priznať ním uplatnený nárok na náhradu trov konania v celkovej výške 1.079,96 Eur. K odvolaniu odporcu sa navrhovateľ nevyjadril. Odvolací súd preskúmal rozhodnutie súdu prvého stupňa podľa § 212 ods. 1 O.s.p. bez nariadenia pojednávania podľa § 214 ods. 2 O.s.p., oboznámil sa s procesným postupom súdu prvého stupňa, ako aj s dôvodmi uvedenými v odvolaní odporcu a jednohlasne dospel k záveru, že rozhodnutie súdu prvého stupňa je potrebné v napadnutej časti zrušiť a vrátiť súdu prvého stupňa na ďalšie konanie. Z nahliadnutia do spisu odvolací súd zistil, že dňa 02.09.2011 si odporca vyčíslil a uplatnil priznanie náhrady trov konania. Uvedené sa nachádza na č.l. 217 a spisu. Súd prvého stupňa rozhodol dňa 29.09.2011, kde v rozhodnutí konštatoval, že vyčíslenie trov konania od odporcu sa v spise nenachádza. Súd prvého stupňa pravdepodobne vyčíslenie trov konania odporcu zo dňa 02.09.2011 v spise prehliadol. Súd prvého stupňa sa teda s uplatneným nárokom na priznanie náhrady trov konania nevysporiadal. Uvedený procesný postup súdu prvého stupňa má za následok nesprávne rozhodnutie vo veci a zároveň odňatie možnosti účastníkovi konať pred súdom, čo je dôvod na zrušenie rozhodnutia súdu prvého stupňa v napadnutej časti trov konania a vrátenia na ďalšie konanie v zmysle ust. § 221 ods. 1 písm. f/ a ods. 2 O.s.p.. V novom rozhodnutí súd prvého stupňa rozhodne i o trovách odvolacieho konania. Poučenie: Proti tomuto uzneseniu odvolanie nie je prípustné.</w:t>
      </w:r>
    </w:p>
    <w:p/>
    <w:p>
      <w:r>
        <w:t>Zdroj: KAUZIS.SK – https://www.kauzis.sk/judikatura/r/ECLI:SK:KSBA:2012:1109232564.1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