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5Co/22/2012 z 29. 10. 2012</w:t>
      </w:r>
    </w:p>
    <w:p>
      <w:r>
        <w:t>Rozsudok Krajského súdu Bratislava z 29. októbra 2012, sp. zn. 5Co/22/2012, ECLI:SK:KSBA:2012:1109247367.2</w:t>
      </w:r>
    </w:p>
    <w:p>
      <w:r>
        <w:t>Súd: Krajský súd Bratislava</w:t>
      </w:r>
    </w:p>
    <w:p>
      <w:r>
        <w:t>Spisová značka: 5Co/22/2012</w:t>
      </w:r>
    </w:p>
    <w:p>
      <w:r>
        <w:t>ECLI: ECLI:SK:KSBA:2012:1109247367.2</w:t>
      </w:r>
    </w:p>
    <w:p>
      <w:r>
        <w:t>Dátum vydania: 29. 10. 2012</w:t>
      </w:r>
    </w:p>
    <w:p>
      <w:r>
        <w:t>Forma: Rozsudok</w:t>
      </w:r>
    </w:p>
    <w:p>
      <w:r>
        <w:t>Oblasť práva: Občianske právo</w:t>
      </w:r>
    </w:p>
    <w:p>
      <w:pPr>
        <w:pStyle w:val="Heading2"/>
      </w:pPr>
      <w:r>
        <w:t>Text rozhodnutia</w:t>
      </w:r>
    </w:p>
    <w:p>
      <w:r>
        <w:t>Súd: Krajský súd Bratislava Spisová značka: 5Co/22/2012 Identifikačné číslo súdneho spisu: 1109247367 Dátum vydania rozhodnutia: 30. 10. 2012 Meno a priezvisko sudcu, VSÚ: JUDr. Milan Chalúpka ECLI: ECLI:SK:KSBA:2012:1109247367.2 ROZSUDOK V MENE SLOVENSKEJ REPUBLIKY Krajský súd v Bratislave v senáte zloženom z predsedu senátu JUDr. Milana Chalupku a členov senátu JUDr. Eleny Ďuranovej a JUDr. Juraja Považana, v právnej veci navrhovateľa: Z. Č., H. W. T. X, H., D. F.. N.. Ľubomírom Hlbočanom, advokátom so sídlom Advokátska kancelária, Vajnorská 20, Bratislava proti odporcovi: Slovenské národné divadlo, Pribinova 17, Bratislava, IČO: 00 164 763, v zast. JUDr. Vojtechom Földesom, advokátom so sídlom Advokátska kancelária, Jaskový rad 163, Bratislava,o určenie neplatnosti okamžitého skončenia pracovného pomeru, o určenie neplatnosti skončenia pracovného pomeru dohodou a o náhradu mzdy, na odvolanie navrhovateľky proti rozsudku Okresného súdu Bratislava I v Bratislave zo dňa 16.06.2011 č.k. 24C 317/2009-95 takto r o z h o d o l : Odvolací súd napadnutý rozsudok súdu prvého stupňa p o t v r d z u j e . Navrhovateľka je povinná zaplatiť náhradu trov odvolacieho konania odporcu právnemu zástupcovi odporcu vo výške 113 eur. o d ô v o d n e n i e : Súd prvého stupňa napadnutým rozsudkom zamietol návrh navrhovateľky a uložil jej povinnosť zaplatiť odporcovi náhradu trov právneho zastúpenia vo výške 383,- eur. Súd prvého stupňa vychádzal zo zistenia, že navrhovateľka sa návrhom zo dňa 4.12.2009 domáhala určenia neplatnosti okamžitého skončenia pracovného pomeru zo dňa 13.10.2009 s tým, že jej pracovný pomer u odporcu trvá a určenia, - 2 - že dohoda o skončení pracovného pomeru zo dňa 13.10.2009 je neplatná. Svoj návrh odôvodnila tým, že dňa 13.10.2009 generálny riaditeľ odporcu jej doručil okamžité skončenie pracovného pomeru podľa § 68 Zákonníka práce. Toto bolo vypracované dňa 13.10.2009 a podpísané generálnym riaditeľom a tento jej ho aj 13.10.2009 doručil do vlastných rúk. Po jeho prečítaní okamžité skončenie pracovného pomeru vrátila späť generálnemu riaditeľovi. Počas čítania obsahu okamžitého skončenia pracovného pomeru jej generálny riaditeľ hovoril, že jej môže vyjsť v ústrety tak, že napriek tomu, že jej bolo doručené okamžité skončenie pracovného pomeru, skončí pracovný pomer dohodou dňom 13.10.2009 a odporca jej vyplatí aj odmenu vo výške 3-násobku jej priemerného zárobku. Po vrátení listu, na ktorom bolo okamžité skončenie pracovného pomeru, jej generálny riaditeľ odporcu doručil písomný návrh dohody o skončení pracovného pomeru vypracovaný dňa 13.10.2009. Pod tlakom hrozby ukončenia pracovného pomeru okamžitým skončením, dohodu podpísala. Odporca jej po podpise dohody na jej účet vyplatil prisľúbenú odmenu. Listom zo dňa 3.12.2009 oznámila odporcovi, že považuje okamžité skončenie pracovného pomeru ako aj skončenie pracovného pomeru dohodou za neplatné. Súčasne mu oznámila, že trvá na tom, aby ju odporca naďalej zamestnával a prideľoval jej prácu v zmysle pracovnej zmluvy. Navrhla, aby súd zabezpečil dôkaz - okamžité skončenie pracovného pomeru zo dňa 13.10.2009 a potom po jeho doručení odporcom sa podrobnejšie vyjadrí k dôvodom okamžitého skončenia pracovného pomeru. Poukázala nato, že ak jej pracovný pomer skončil okamžite doručením písomného rozhodnutia odporcu o okamžitom skončení pracovného pomeru, už nebolo možné uzatvárať dohodu o skončení pracovného pomeru dohodou. Keďže odporca ukončil pracovný pomer s ňou okamžitým skončením, ktoré jej bolo doručené a následne na to potom s ňou uzavrel dohodu o skončení pracovného pomeru, je táto dohoda o ukončení pracovného pomeru neplatná. V priebehu konania navrhovateľka rozšírila návrh na začatie konania aj o zaplatenie náhrady mzdy vo výške 14.316,46,-eur s príslušenstvom za obdobie od decembra 2009 do augusta 2010 a o uloženie odporcovi povinnosti poskytovať navrhovateľke náhradu mzdy i v ďalších výplatných termínoch, kým neumožní navrhovateľke výkon práce, pričom súd prvého stupňa uznesením vyššie uvedené rozšírenie návrhu na pojednávaní dňa 20.1.2011 pripustil. Odporca sa k návrhu vyjadril tak, že návrh v celom rozsahu žiadal zamietnuť. Uviedol, že nedošlo k žiadnemu okamžitému skončeniu pracovného pomeru navrhovateľky, pretože dňa 13.10.2009 došlo k skončeniu pracovného pomeru navrhovateľky dohodou. Dňa 13.10.2009 si generálny riaditeľ odporcu zavolal navrhovateľku, oboznámil ju so skutočnosťou, že zo strany určitých vedúcich zamestnancov došlo k sťažnostiam na jej prácu, ktoré generálny riaditeľ klasifikoval ako porušenie pracovnej disciplíny. Navrhol jej ukončiť pracovný pomer dohodou spolu s poskytnutím finančnej náhrady vo výške trojnásobku platu a v prípade, že by 5Co 22/2012-137 - 3 - nechcela prijať takýto návrh, bol by nútený ukončiť pracovný pomer navrhovateľky jednostranným ukončením pracovného pomeru v zmysle ustanovení Zákonníka práce. Navrhovateľka v rozhodnom čase návrh dohody nerozporovala, postup generálneho riaditeľa nespochybnila. Poukázal nato, že ku skončeniu pracovného pomeru navrhovateľky nedošlo v tiesni a ani za nápadne nevýhodných podmienok. Súd prvého stupňa mal za preukázané, že navrhovateľka uzatvorila s odporcom pracovnú zmluvu dňa 14.11.2007, na základe ktorej navrhovateľka od 15.11.2007 bola prijatá na prácu - vedúca personálneho a mzdového oddelenia v organizačnej zložke Kancelária GR SND. Pracovný pomer bol uzatvorený na dobu neurčitú. Dňa 13.10.2009 navrhovateľka ako zamestnankyňa a odporca ako zamestnávateľ uzatvorili dohodu o skončení pracovného pomeru v zmysle § 60 Zákonníka práce s tým, že pracovný pomer navrhovateľky sa končí dohodou dňom 13.10.2009. V bode 4. účastníci dohody vyhlásili, že táto dohoda je prejavom ich slobodnej a vážnej vôle. Navrhovateľku si dňa 13.10.2009 zavolala zo sekretariátu generálneho riaditeľa jej nadriadená Mgr. Kapucianová ako svedka. Keď prišla do kancelárie generálneho riaditeľa, bol tam prítomný generálny riaditeľ, externý právnik JUDr. Földes, Mgr. Kapucianová, vedúci právnik. Generálny riaditeľ predložil Mgr. Kapucianovej okamžité skončenie pracovného pomeru, ktorá ho podpísala, odišla a taktiež aj vedúci právnik. Generálny riaditeľ jej povedal, že ona má ešte zostať. Oznámil jej, že aj s ňou bude skončený pracovný pomer a podal jej okamžité skončenie pracovného pomeru. Ostala zaskočená, dôvody v ňom uvedené sa nezakladali na pravde, nebola si vedomá, že by porušila to, čo jej bolo v okamžitom skončení vytýkané. Riaditeľ jej potom povedal, aby okamžité skončenie pracovného pomeru vrátila a predložil jej dohodu o skončení pracovného pomeru. Oznámila riaditeľovi, že nesúhlasí s tým, čo je uvedené v okamžitom skončení pracovného pomeru a taktiež nebola uzrozumená ani s tým, že by chcela skončiť pracovný pomer dohodou. Dohodu uzatvárala pod nátlakom, pretože bola rozrušená. Bola pod psychickým tlakom, pretože nevedela čo má v tej chvíli robiť, nemala čas si to premyslieť. Generálny riaditeľ a externý právnik sa vyjadrovali v tom smere, že keď dohodu nepodpíše, bude mať problémy zamestnať sa. Generálny riaditeľ sa jej nevyhrážal, ale vyhýbal sa pohľadu. Situáciou bola veľmi zaskočená a preto si bližšie nespomínala na vyjadrenia generálneho riaditeľa. Navrhovateľka písomne listom zo dňa 3.12.2009 oznámila odporcovi že trvá na tom, aby ju naďalej zamestnával, nakoľko považovala okamžité skončenie pracovného pomeru ako aj skončenie pracovného pomeru dohodou za neplatné. Súd prvého stupňa svoje rozhodnutie právne zdôvodnil ust. § 1 ods. 4, ust. § 60 ods. 1,2 veta prvá, ust. § 77 Zákonníka práce, ust. § 34, ust. § 37 ods. 1 Občianskeho zákonníka považujúc za nesporné, že navrhovateľka na základe pracovnej zmluvy uzatvorenej s odporcom vykonávala prácu vedenie personálneho - 4 - a mzdového oddelenia. Taktiež považoval za nesporné, že navrhovateľka uzatvorila s odporcom dňa 13.10.2009 dohodu o ukončení pracovného pomeru. Navrhovateľka sa v predmetnej veci domáhala určenia neplatnosti okamžitého skončenia pracovného pomeru zo dňa 13.10.2009. Kľúčovým významom bolo vyriešenie základnej otázky, či vôbec došlo k právnemu úkonu okamžitého skončenia pracovného pomeru. Právny úkon, ako vyplýva z dikcie zákona je určovaný jednak prejavom vôle, zameraním tohto prejavu vôle a vznikom, zmenou alebo zánikom práv a povinností, ktoré právne predpisy s takým prejavom vôle spájajú. Ťažiskom pre posúdenie, či ide o právny úkon, je prejav vôle. Musí existovať jednota vôle a jej prejavu. Tieto dve zložky sa musia vyskytovať v konkrétnom prípade súčasne, inak niet právneho úkonu. V prejednávanej veci súd prvého stupňa zistil, že u odporcu zastúpeného generálnym riaditeľom bola vôľa skončiť pracovný pomer navrhovateľky dohodou a iba v prípade, že by nebolo došlo k skončeniu pracovného pomeru dohodou, bol by odporca pristúpil k okamžitému skončeniu pracovného pomeru navrhovateľky. Navrhovateľka sa však rozhodla pre skončenie pracovného pomeru dohodou a preto na strane odporcu nebol dôvod a ani urobený žiadny právny úkon smerujúci k okamžitému skončeniu pracovného pomeru navrhovateľky. Ako vyplynulo z dokazovania, odporca len oboznámil navrhovateľku s dôvodmi, pre ktoré sa rozhodol s ňou skončiť pracovný pomer, pričom tieto boli konkretizované v pripravenom okamžitom skončení pracovného pomeru, ktoré jej preto bolo dané k nahliadnutiu. Konanie odporcu smerujúce k oboznámeniu navrhovateľky s vytknutými nedostatkami v práci nemožno vyhodnotiť ako okamžité skončenie pracovného pomeru navrhovateľky, práve pre absenciu vôle a jej prejavu odporcom. Okamžité skončenie pracovného pomeru nemá k dispozícii ani navrhovateľka ani odporca, nenachádza sa ani v osobnom spise navrhovateľky. Vzhľadom nato, že nedošlo k právnemu úkonu okamžitého skončenia pracovného pomeru navrhovateľky, nemohli nastať ani právne následky, ktoré sú s ním spojené. Zo strany odporcu nedošlo k okamžitému skončeniu pracovného pomeru navrhovateľky, pretože právny úkon okamžitého skončenia pracovného pomeru nebol urobený, teda neexistuje, potom nemožno uvažovať ani o jeho neplatnosti. Súd prvého stupňa konštatoval, že navrhovateľka sa domáhala aj určenia, že dohoda o skončení pracovného pomeru zo dňa 13.10.2009 je neplatná a náhrady mzdy pretože, ak jej pracovný pomer skončil okamžite doručením písomného rozhodnutia odporcu o okamžitom skončení pracovného pomeru, už nebolo možné uzatvárať dohodu o skončení pracovného pomeru. Súd prvého stupňa však dospel k záveru, že v prejednávanej veci nebolo preukázané, že by došlo k okamžitému skončeniu pracovného pomeru navrhovateľky a preto sa zaoberal otázkou platnosti dohody o skončení pracovného pomeru navrhovateľky. 5Co 22/2012-138 - 5 - Právny úkon nie je urobený slobodne jednak v dôsledku fyzického donútenia, pri ktorom namiesto vôle konajúceho sa presadzuje vôľa donucujúceho a jednak v dôsledku psychického donútenia, pri ktorom ide o bezprávnu vyhrážku. Vzhľadom nato, že v konaní nebolo preukázané žiadne fyzické donútenie navrhovateľky v priamej príčinnej súvislosti, s ktorým by bol právny úkon uzavretia dohody urobený, zaoberal sa súd ďalej v konaní možnosťou pôsobenia bezprávnej vyhrážky na vôľu navrhovateľky pri uzatváraní dohody. Bezprávna vyhrážka je protiprávne pôsobenie na vôľu konajúceho, ktoré v ňom vzbudzuje dôvodný strach z ujmy, ktorou sa mu hrozí, takže jeho vôľa, ktorá má byť jeho základom jeho právneho úkonu, tvorí sa pod vplyvom strachu, a teda neslobodne. Jej protiprávnosť spočíva v tom, že sa vynucuje niečo, čo vynucované takto nesmie byť a niečím, čo nie je oprávnený donucujúci subjekt urobiť. O nedostatok protiprávnosti ide ak donucujúci subjekt je oprávnený ten čin, ktorým sa vyhráža, urobiť. Na základe výsledkov vykonaného dokazovania mal potom súd prvého stupňa za preukázané, že odporca sa rozhodol s navrhovateľkou skončiť pracovný pomer z dôvodu závažného porušenia pracovnej disciplíny. V tejto súvislosti jej predložil dve alternatívy skončenia pracovného pomeru, a to dohodou alebo okamžitým skončením pracovného pomeru, a pre jednu z nich sa mohla navrhovateľka rozhodnúť. Rozhodnutie sa odporcu dať navrhovateľke okamžité skončenie pracovného pomeru, ak neuzavrie dohodu, nemožno právne kvalifikovať ako protiprávne, pretože má oporu v ustanoveniach zákona, ktoré ho ako zamestnávateľa na to oprávňujú. Tým, že odporca upozorňoval navrhovateľku na sťaženie ďalšieho uplatnenia v prípade okamžitého skončenia pracovného pomeru, nemožno hodnotiť ako vyhrážku za tým účelom, aby ju prinútil k uzavretiu dohody. V konaní bolo nepochybne preukázané, že navrhovateľka mala možnosť voľby jednej z dvoch alternatív s tým, že bola oboznámená o výhodnosti tej ktorej alternatívy a jej následkov. Navrhovateľka mohla návrh na uzavretie dohody o skončení pracovného pomeru slobodne odmietnuť a pokiaľ si nebola vedomá porušenia pracovnej disciplíny, domáhať sa neplatnosti okamžitého skončenia pracovného pomeru, ktoré by jej bolo dané odporcom, ak by k uzavretiu dohody nedošlo. Vykonaným dokazovaním nebola taktiež preukázaná žiadna skutočnosť, ktorá by nasvedčovala tomu, že išlo zo strany navrhovateľky pri uzatváraní dohody o simulovaný právny úkon, urobený naoko, pri ktorom by predstierala uzatvorenie dohody, teda že chýbala z jej strany vážnosť vôle, pre nedostatok ktorej by sa stal právny úkon neplatným. Navrhovateľka dohodu riadne podpísala a svojim podpisom potvrdila, že je prejavom jej slobodnej a vážnej vôle. - 6 - Súd prvého stupňa považoval za potrebné uviesť, že celková situácia mohla byť nepochybne vnímaná navrhovateľkou ako stresujúca a psychicky zaťažujúca, a že následkom takéhoto rozrušenia sa cítila byť ohrozená na svojich právach a v dôsledku takto vyvolaného strachu pristúpila sama z vlastnej vôle k podpísaniu dohody o skončení pracovného pomeru, čo potom mohla subjektívne vnímať tak, že ho uzavrela pod nátlakom, a teda neslobodne. Takéto subjektívne prežívanie však samé o sebe nemôže založiť neplatnosť právneho úkonu pokiaľ nie sú dostatočne objektivizované konkrétne skutočnosti, ktoré by nedostatok slobodnej vôle navrhovateľky pri uzatváraní dohody presvedčivo preukazovali. O náhrade trov konania súd rozhodol podľa ustanovenia § 142 ods. 1 O. s. p., podľa ktorého účastníkovi, ktorý mal vo veci plný úspech, súd prizná náhradu trov potrebných na účelné uplatňovanie alebo bránenie práva proti účastníkovi, ktorý vo veci úspech nemal. Proti tomuto rozsudku podal v zákonom stanovej lehote odvolanie navrhovateľka a navrhla, aby odvolací súd zmenil rozhodnutie súdu prvého stupňa tak, že návrhu navrhovateľky v plnom rozsahu vyhovie a prizná jej náhradu trov právneho zastúpenia, prípadne aby napadnutý rozsudok súdu prvého stupňa zrušil a vec mu vrátil na ďalšie konanie. Uviedla, že okamžité zrušenie pracovného pomeru je závažné rozhodnutie, ktorým je možné v zmysle Zákonníka práce jednostranne zo strany zamestnávateľa ukončiť pracovný pomer z dôvodov závažného alebo hrubého porušenia pracovnej disciplíny zo strany pracovníka. Závažné porušenie pracovnej disciplíny alebo pracovnoprávnych predpisov, ktoré zamestnávateľ hodnotí tak, že sú dôvodom na okamžité zrušenie pracovného pomeru z jeho strany boli budú a musia byť vždy preskúmateľné súdom. Odporca znemožnil navrhovateľky ale aj súdu takéto preskúmanie. Dohoda o skončení pracovného pomeru dosiahnutá v danom prípade nátlakom (pod hrozbou okamžitého skončenia pracovného pomeru) nie je právnym úkonom, ktorý by navrhovateľky urobila slobodne vážne, lebo samotná hrozby a doručenie rozhodnutia o okamžitom skončení pracovného pomeru boli prostriedkom a nástrojom na to, aby takáto údajná slobodná vôľa bola zo strana navrhovateľky vyvolaná. Odvolací súd prejednal vec v rozsahu a z dôvodov odvolania podľa § 212 ods. 1 O.s.p. na odvolacom pojednávaní podľa § 214 ods. 1, O.s.p., dospel pritom k záveru, že odvolaniu navrhovateľky nie je možné vyhovieť. Podľa ust. § 77 Zákonníka práce neplatnosť skončenia pracovného pomeru výpoveďou, okamžitým skončením, skončením v skúšobnej dobe alebo dohodou môže zamestnanec, ako aj zamestnávateľ uplatniť na súde najneskôr v lehote dvoch mesiacov odo dňa, keď sa mal pracovný pomer skončiť. 5Co 22/2012-139 - 7 - Podľa § 1 ods.4 ) Zákonníka práce, ak tento zákon v prvej časti neustanovuje inak, vzťahuje sa na tieto právne vzťahy Občiansky zákonník. Podľa § 34 Občianskeho zákonníka, právny úkon je prejav vôle smerujúci najmä k vzniku, zmene alebo zániku tých práv alebo povinností, ktoré právne predpisy s takýmto prejavom spájajú. Podľa § 37 ods.1) Občianskeho zákonníka, právny úkon sa musí urobiť slobodne a vážne, určite a zrozumiteľne, inak je neplatný. Podľa § 60 ods. 1, 2 veta prvá /)Zákonníka práce, ak sa zamestnávateľ a zamestnanec dohodnú na skončení pracovného pomeru, pracovný pomer sa skončí dohodnutým dňom. Dohodu o skončení pracovného pomeru zamestnávateľ a zamestnanec uzatvárajú písomne.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15.októbra 2008 (§ 372p ods.1 O.s.p. zavedeného zákonom č.384/2008 Z.z.). Pre doplnenie odvolací súd uvádza, že v prejednávanej veci skutočne nebolo preukázané, že by došlo k okamžitému skončeniu pracovného pomeru navrhovateľky a preto sa súd prvého stupňa správne zaoberal otázkou platnosti dohody o skončení pracovného pomeru navrhovateľky. Rozhodnutie sa odporcu dať navrhovateľke okamžité skončenie pracovného pomeru, ak neuzavrie dohodu, nemožno právne kvalifikovať ako protiprávne, pretože má oporu v ustanoveniach zákona, ktoré ho ako zamestnávateľa na to oprávňujú. Tým, že odporca upozorňoval navrhovateľku na sťaženie ďalšieho uplatnenia v prípade okamžitého skončenia pracovného pomeru, nemožno hodnotiť ako vyhrážku za tým účelom, aby ju prinútil k uzavretiu dohody. Rovnako jeho postup nemožno považovať za jednoznačné a platné doručenie okamžité skončenia pracovného pomeru, ktorý by odporkyňa aj riadne prevzala. Možno taktiež konštatovať, že konaní bolo nepochybne preukázané, že navrhovateľka mala možnosť voľby jednej z dvoch alternatív s tým, že bola oboznámená o výhodnosti tej ktorej alternatívy a jej následkov. Navrhovateľka mohla návrh na uzavretie dohody o skončení pracovného pomeru slobodne odmietnuť a pokiaľ si nebola vedomá porušenia pracovnej disciplíny, domáhať sa neplatnosti okamžitého skončenia pracovného pomeru, ktoré by jej bolo dané odporcom, ak by k uzavretiu dohody nedošlo. - 8 - O náhrade trov odvolacieho konania rozhodol odvolací súd podľa § 142 ods. 1 O.s.p. v spojení s § 224 ods. 1 O.s.p., v odvolacom konaní úspešnému odporcovi priznal náhradu trov za dva úkony právnej pomoci v súlade s ust. § 14 ods. 1 písm. c/ za celý úkon (účasť na meritórnom pojednávaní á 58,69 eur)a ods. 2 písm. a/ ako 2/3 základnej sadzby (rokovanie s klientom á 39,13 eur) vyhlášky Ministerstva spravodlivosti SR č. 655/2004 Z.z. a 2x režijný paušál á 7,63 eur teda celkovo 113 eur. Poučenie: Tento rozsudok nemožno napadnúť odvolaním.</w:t>
      </w:r>
    </w:p>
    <w:p/>
    <w:p>
      <w:r>
        <w:t>Zdroj: KAUZIS.SK – https://www.kauzis.sk/judikatura/r/ECLI:SK:KSBA:2012:1109247367.2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