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6Co/1/2012 z 25. 1. 2012</w:t>
      </w:r>
    </w:p>
    <w:p>
      <w:r>
        <w:t>Uznesenie Krajského súdu Bratislava z 25. januára 2012, sp. zn. 6Co/1/2012, ECLI:SK:KSBA:2012:1110227543.4</w:t>
      </w:r>
    </w:p>
    <w:p>
      <w:r>
        <w:t>Súd: Krajský súd Bratislava</w:t>
      </w:r>
    </w:p>
    <w:p>
      <w:r>
        <w:t>Spisová značka: 6Co/1/2012</w:t>
      </w:r>
    </w:p>
    <w:p>
      <w:r>
        <w:t>ECLI: ECLI:SK:KSBA:2012:1110227543.4</w:t>
      </w:r>
    </w:p>
    <w:p>
      <w:r>
        <w:t>Dátum vydania: 25. 1.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6Co/1/2012 Identifikačné číslo súdneho spisu: 1110227543 Dátum vydania rozhodnutia: 26. 01. 2012 Meno a priezvisko sudcu, VSÚ: JUDr. Martin Murgaš ECLI: ECLI:SK:KSBA:2012:1110227543.4 Uznesenie Krajský súd v Bratislave v právnej veci žalobcu: B. T., bytom G. Z.. Č.. XX, R., F.. Č.. H. Ú. na H. H., V. Z.. Č.. X, R., proti žalovanej: Y. O., prísediaca Okresného súdu Bratislava I, Záhradnícka ul. č. 10, Bratislava, zast. advokátkou Mgr. Zuzanou Bollovou, ul. Dr. V. Clementisa č. 10, Bratislava, o ochranu osobnosti, na odvolanie žalobcu proti uzneseniu Okresného súdu Bratislava I zo dňa 2. decembra 2011, č. k. 21C 94/2010 - 43, pomerom hlasov 3 : 0 takto r o z h o d o l : Odvolací súd napadnuté uznesenie súdu prvého stupňa p o t v r d z u j e. Žalovanej náhradu trov odvolacieho konania nepriznáva. o d ô v o d n e n i e : Napadnutým uznesením súd prvého stupňa konanie zastavil a žiadnemu z účastníkov nepriznal právo na náhradu trov konania. Súd prvého stupňa takto rozhodol podľa § 10 ods. 1 prvá veta zák. č. 71/1992 Zb., keďže žalobca nezaplatil súdny poplatok za žalobu 1.065,50 € napriek výzve, ktorá mu bola doručená 17. 10. 2011. Proti tomuto uzneseniu podal odvolanie žalobca. Uviedol, že žalobu podával spoločne s ďalšími dvoma žalobcami, kde po preukázaní majetkových pomerov bol oslobodený od súdnych poplatkov, ide o konania vedené pod sp. zn. 4C 129/2010 a 12C 80/2010. Preto sa domnieva, že i v tomto konaní by mal byť od súdnych poplatkov oslobodený. Odvolací súd, ktorý bol viazaný rozsahom a dôvodmi odvolania (§ 212 ods. 1 O. s. p.), preskúmal napadnuté uznesenie, prejednal odvolanie bez nariadenia pojednávania podľa § 214 ods. 2 O. s. p. a dospel k záveru, že napadnuté uznesenie je vecne správne. Z obsahu spisu vyplýva, že žalobca sa proti žalovanej domáha zaplatenia 33.333,- € titulom náhrady nemajetkovej ujmy v peniazoch v zmysle § 13 ods. 2 Obč. zák.. V zmysle § 5 ods. 1 písm. a) zák. č. 71/1992 Zb. žalobcovi vznikla poplatková povinnosť vo výške 1.065,50 € v zmysle Sadzobníka súdnych poplatkov Položky 7b písm. a) a písm. b) (3 % zo sumy 33.333,- € = 999,99 € + 66,- € = 1.065,50 €). Pokiaľ teda súd prvého stupňa vyzval žalobcu (č. l. 42a spisu) na zaplatenie súdneho poplatku za návrh v lehote 10 dní pod následkom zastavenia konania jeho postup bol vecne správny a, tak isto bol správny jeho postup, keď konanie pre nezaplatenie súdneho poplatku v zmysle § 5 ods. 1 a § 10 ods. 1 zákona č. 71/1992 Zb. zastavil. Z obsahu spisu ďalej vyplýva, že súd prvého stupňa uznesením č. k. 21C 94/2010 - 20 zo dňa 11. 2. 2011, ktoré nadobudlo právoplatnosť dňa 22. 6. 2011 žalobcovi oslobodenie od súdnych poplatkov nepriznal. K námietkam žalobcu odvolací súd uvádza, že pokiaľ bol v iných súdnych konaniach oslobodený od súdnych poplatkov, toto oslobodenie sa nevzťahuje na toto súdne konanie, v ktorom žalobca oslobodený od súdnych poplatkov nebol. Preto v prejednávanej veci mu vznikla poplatková povinnosť a bol po právoplatnosti uznesenia o neoslobodení od súdnych poplatkov správne súdom prvého stupňa vyzvaný na zaplatenie súdneho poplatku. Vzhľadom na vyššie uvedené, odvolací súd napadnuté uznesenie súdu prvého stupňa ako vecne správne podľa § 219 ods. 1 O. s. p. potvrdil. O náhrade trov odvolacieho konania rozhodol odvolací súd podľa § 224 ods. 1 v spojení s § 142 ods. 1 O. s. p. a úspešnej žalovanej ich náhradu nepriznal, nakoľko jej v odvolacom konaní žiadne trovy nevznikli. Poučenie: Proti tomuto uzneseniu nie je možné podať odvolanie.</w:t>
      </w:r>
    </w:p>
    <w:p/>
    <w:p>
      <w:r>
        <w:t>Zdroj: KAUZIS.SK – https://www.kauzis.sk/judikatura/r/ECLI:SK:KSBA:2012:1110227543.4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