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8Co/3/2012 z 17. 12. 2012</w:t>
      </w:r>
    </w:p>
    <w:p>
      <w:r>
        <w:t>Uznesenie Krajského súdu Bratislava z 17. decembra 2012, sp. zn. 8Co/3/2012, ECLI:SK:KSBA:2012:1110229033.2</w:t>
      </w:r>
    </w:p>
    <w:p>
      <w:r>
        <w:t>Súd: Krajský súd Bratislava</w:t>
      </w:r>
    </w:p>
    <w:p>
      <w:r>
        <w:t>Spisová značka: 8Co/3/2012</w:t>
      </w:r>
    </w:p>
    <w:p>
      <w:r>
        <w:t>ECLI: ECLI:SK:KSBA:2012:1110229033.2</w:t>
      </w:r>
    </w:p>
    <w:p>
      <w:r>
        <w:t>Dátum vydania: 17. 12.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8Co/3/2012 Identifikačné číslo súdneho spisu: 1110229033 Dátum vydania rozhodnutia: 18. 12. 2012 Meno a priezvisko sudcu, VSÚ: JUDr. Janka Gažovičová ECLI: ECLI:SK:KSBA:2012:1110229033.2 Uznesenie Krajský súd v Bratislave v právnej veci navrhovateľa: Q. B., Q. M. XX, Q., zastúpeného Mgr. Alicou Mendlovou, advokátkou so sídlom Riečna 2, Bratislava, proti odporcom: X/ J. - Slovenská U., J..P.., P. P. R. D. X, Q., I.: XX XXX XXX, X/ P. Č., Q. Q. XX, Ž., X/ Slovenská B. U., P. P. A. K. XX, Q., I.: XX XXX XXX, G. S. XXX,- €., o náhrade trov konania v odvolacom konaní, o odvolaní navrhovateľa proti rozsudku Okresného P. Q. I., S. R.J. XX.G. XXXX, Č..B.. XXC XXX/XXXX-XXX, jednohlasne takto r o z h o d o l : Odvolací súd odporcovi 1/ náhradu trov odvolacieho konania n e p r i z n á v a . o d ô v o d n e n i e : Rozsudkom č.k. XCo X/XXXX-XXX S. R. XX. M. XXXX odvolací súd potvrdil rozsudok súdu prvého stupňa, ktorým bol zamietnutý návrh navrhovateľa, ktorým sa domáhal proti odporcom 1/ až 3/ zaplatenia sumy XXX,- €. titulom mimoriadneho zvýšenia náhrady za sťaženie jeho spoločenského uplatnenia o 50%, podľa § 5 ods. 5 zákona č. 437/2004 Z.z., v dôsledku zranení, ktoré utrpel pri dopravnej nehode dňa XX.XX.XXXX. Odporcom 2/ a 3/ nepriznal náhradu trov odvolacieho konania, pretože si nárok na náhradu trov konania neuplatnili riadnym návrhom v zmysle § 151 ods. 1 O.s.p.. V odvolacom konaní úspešnému odporcovi 1/, ktorý si svoje právo na náhradu trov odvolacieho konania uplatnil návrhom podľa § 151 ods. 1 vety prvej O.s.p., vznikol nárok na náhradu trov odvolacieho konania podľa § 142 ods. 1 O.s.p. v spojení s § 224 ods. 1 O.s.p.. Nakoľko si však odporca 1/ tento svoj nárok nevyčíslil ani do verejného vyhlásenia rozsudku dňa XX.XX.XXXX, nebolo možné vo výroku rozsudku odvolacieho súdu o ním uplatnenom nároku na náhradu trov odvolacieho konania rozhodnúť. S poukazom na ust. § 214 ods. 5 O.s.p. rozhodol preto odvolací súd o náhrade trov odvolacieho konania vo vzťahu k odporcovi 1/ samostatným uznesením tak, že odporcovi 1/ nepriznal náhradu trov odvolacieho konania, nakoľko si, v súlade s § 151 ods. 1 vety druhej O.s.p. nevyčíslil, v lehote do troch pracovných dní od vyhlásenia rozsudku, trovy odvolacieho konania. Poučenie: Proti tomuto uzneseniu odvolanie nie je prípustné.</w:t>
      </w:r>
    </w:p>
    <w:p/>
    <w:p>
      <w:r>
        <w:t>Zdroj: KAUZIS.SK – https://www.kauzis.sk/judikatura/r/ECLI:SK:KSBA:2012:1110229033.2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