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9Co/252/2012 z 25. 6. 2012</w:t>
      </w:r>
    </w:p>
    <w:p>
      <w:r>
        <w:t>Uznesenie Krajského súdu Bratislava z 25. júna 2012, sp. zn. 9Co/252/2012, ECLI:SK:KSBA:2012:1110240280.2</w:t>
      </w:r>
    </w:p>
    <w:p>
      <w:r>
        <w:t>Súd: Krajský súd Bratislava</w:t>
      </w:r>
    </w:p>
    <w:p>
      <w:r>
        <w:t>Spisová značka: 9Co/252/2012</w:t>
      </w:r>
    </w:p>
    <w:p>
      <w:r>
        <w:t>ECLI: ECLI:SK:KSBA:2012:1110240280.2</w:t>
      </w:r>
    </w:p>
    <w:p>
      <w:r>
        <w:t>Dátum vydania: 25. 6.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9Co/252/2012 Identifikačné číslo súdneho spisu: 1110240280 Dátum vydania rozhodnutia: 26. 06. 2012 Meno a priezvisko sudcu, VSÚ: JUDr. Roman Huszár ECLI: ECLI:SK:KSBA:2012:1110240280.2 Uznesenie Krajský súd v Bratislave v právnej veci navrhovateľa : ESIX, s.r.o., Bratislava, Mlynská dolina 5, zastúpený Mgr. Petom Serinom, advokátom, Bratislava, Poľnohospodárska 10, proti odporcovi : V.. U. H., H. H., I. H. X, zastúpený JUDr. Michalom Ďurišom, PhD., advokátom, AK Medená 5, P.O.Box 111, Bratislava, o zaplatenie 28.607,24 €, na odvolanie navrhovateľa proti uzneseniu Okresného súdu Bratislava I zo dňa 22. 3. 2011 č.k. 8C 176/2010 - 94, v pomere hlasov 3 : 0, takto r o z h o d o l : Odvolací súd napadnuté uznesenie súdu prvého stupňa p o t v r d z u j e. Odporcovi náhradu trov odvolacieho konania n e p r i z n á v a. o d ô v o d n e n i e : Napadnutým uznesením súd prvého stupňa zastavil konanie o návrhu navrhovateľa, ktorým sa voči odporcovi domáhal zaplatenia 28.607,24 € s príslušenstvom, titulom nedoplatku ceny diela. Svoje rozhodnutie súd prvého stupňa odôvodnil tým, že navrhovateľovi vznikla podaním návrhu na začatie konania povinnosť zaplatiť súdny poplatok vo výške 1.716 € v lehote 10 dní, v zmysle položky č. 1 písm. a/ Sadzobníka súdnych poplatkov, prílohy zákona č. 71/1992 Zb. o súdnych poplatkoch. Výzva na zaplatenie vyrubeného súdneho poplatku za návrh bola navrhovateľovi doručená dňa 31. 1. 2011 spolu s poučením o následkoch nezaplatenia súdneho poplatku. Navrhovateľ následne požiadal súd prvého stupňa o oslobodenie od súdnych poplatkov, o ktorom súd prvého stupňa rozhodol tak, že navrhovateľovi oslobodenie od súdnych poplatkov nepriznal; na odvolanie navrhovateľa odvolací súd uznesenie súdu prvého stupňa potvrdil ( uznesenie súdu prvého stupňa zo dňa 25. 1. 2012 č.k. 8C 176/2010 - 130 v spojení s uznesením Krajského súdu v Bratislave zo dňa 30. 3. 2012 č.k. 14Co 92/2012 - 133 ). Navrhovateľ súdny poplatok za návrh v stanovenej 10-dňovej lehote nezaplatil, a to napriek tomu, že bol o následkoch nezaplatenia súdneho poplatku riadne poučený ( § 5 ods. 1 písm. a/, § 10 ods. 1, 2, 3 prvá veta zák.č. 71/1992 Zb. ). Prvostupňový súd zároveň vyslovil, že žiaden z účastníkov nemá právo na náhradu trov konania ( § 146 ods. 1 písm. c/ O.s.p. ). Uvedené uznesenie v zákonnej lehote napadol navrhovateľ a žiadal, aby odvolací súd vec prejednal a napadnuté uznesenie zrušil a vec vrátil na ďalšie konanie, keď súčasťou jeho odvolania bol už spomínaný návrh na priznanie mu oslobodenia od súdnych poplatkov. Odvolací súd preskúmal napadnuté uznesenie podľa § 212 ods. 1 O.s.p., vec prejednal bez nariadenia pojednávania podľa § 214 ods. 2 O.s.p. a dospel k záveru, že odvolaniu nemožno priznať úspech. Podľa § 5 ods. 1 písm. a/ zákona č. 71/1992 Zb. o súdnych poplatkoch a poplatku za výpis z registra trestov, poplatková povinnosť vzniká podaním návrhu, odvolania a dovolania alebo žiadosti na vykonanie poplatkového úkonu, ak je poplatníkom navrhovateľ, odvolateľ a dovolateľ. Podľa § 8 ods. 1 zákona č. 71/1992 Zb. o súdnych poplatkoch a poplatku za výpis z registra trestov, poplatok za podanie návrhu alebo žiadosti, poplatok za uplatnenie námietky zaujatosti v konkurznom konaní alebo reštrukturalizačnom konaní podľa osobitného predpisu a poplatok za konanie o dedičstve je splatný vznikom poplatkovej povinnosti. Podľa § 10 ods. 1 zákona č. 71/1992 Zb. o súdnych poplatkoch a poplatku za výpis z registra trestov, ak nebol zaplatený poplatok splatný podaním návrhu na začatie konania, alebo dovolania, súd vyzve poplatníka, aby poplatok zaplatil v lehote, ktorú určí spravidla v lehote desiatich dní od doručenia výzvy; ak aj napriek výzve poplatok nebol zaplatený v lehote, prvostupňový súd konanie zastaví. O následkoch nezaplatenia poplatku musí byť poplatník vo výzve poučený. Vychádzajúc z obsahu spisu odvolací súd zistil, že navrhovateľovi vznikla v spojitosti s podaním návrhu na začatie konania poplatková povinnosť. Keďže podaním návrhu poplatok nebol zaplatený, súd prvého stupňa vyzval navrhovateľa na zaplatenie súdneho poplatku s poučením, že v prípade, ak súdny poplatok v lehote určenej súdom nebude zaplatený, konanie zastaví. Výzva na zaplatenie súdneho poplatku bola navrhovateľovi doručená dňa 31. 1. 2011. Navrhovateľovej žiadosti o priznanie mu oslobodenia od súdnych poplatkov súd prvého stupňa nevyhovel; súdny poplatok za návrh v lehote 10 dní určenej súdom navrhovateľ napriek poučeniu o následkoch nezaplatil, preto súd prvého stupňa, riadiac sa predchádzajúcim poučením, správne konanie o návrhu navrhovateľa zastavil. Odvolací súd uznesenie súdu prvého stupňa z týchto dôvodov ako vecne správne potvrdil ( § 219 ods. 1 O.s.p. ). O trovách odvolacieho konania rozhodol odvolací súd podľa § 142 ods. 1 O.s.p. v odvolacom konaní úspešný odporca náhradu trov konania neuplatňoval ( tieto mu ani nevznikli ), preto mu ich náhrada nebola priznaná. Poučenie: Proti tomuto uzneseniu nie je prípustné odvolanie.</w:t>
      </w:r>
    </w:p>
    <w:p/>
    <w:p>
      <w:r>
        <w:t>Zdroj: KAUZIS.SK – https://www.kauzis.sk/judikatura/r/ECLI:SK:KSBA:2012:1110240280.2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