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2Co/125/2012 z 21. 8. 2012</w:t>
      </w:r>
    </w:p>
    <w:p>
      <w:r>
        <w:t>Uznesenie Krajského súdu Bratislava z 21. augusta 2012, sp. zn. 2Co/125/2012, ECLI:SK:KSBA:2012:1110249773.1</w:t>
      </w:r>
    </w:p>
    <w:p>
      <w:r>
        <w:t>Súd: Krajský súd Bratislava</w:t>
      </w:r>
    </w:p>
    <w:p>
      <w:r>
        <w:t>Spisová značka: 2Co/125/2012</w:t>
      </w:r>
    </w:p>
    <w:p>
      <w:r>
        <w:t>ECLI: ECLI:SK:KSBA:2012:1110249773.1</w:t>
      </w:r>
    </w:p>
    <w:p>
      <w:r>
        <w:t>Dátum vydania: 21.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2Co/125/2012 Identifikačné číslo súdneho spisu: 1110249773 Dátum vydania rozhodnutia: 22. 08. 2012 Meno a priezvisko sudcu, VSÚ: JUDr. Darina Kriváňová ECLI: ECLI:SK:KSBA:2012:1110249773.1 Uznesenie Krajský súd v Bratislave v právnej veci navrhovateľky: S.M. E. M. W. N. H. V. D. U. E. Y. Q. I. Á. , G. G., E. Č.. XX, zastúpená JUDr. Jozefom Markom, advokátom v Bratislave, Karpatská č. 18, proti odporcovi: E. S. N. V. G., G., K. J.. Č.. X, F.: XXX XXX, o zaplatenie sumy X.XXX,XX €., s príslušenstvom, na odvolanie odporcu proti rozsudku Okresného N.Ú. G. F.. L. O. X. P. XXXX, Č..H.. XXC XX/XXXX-XX, Q. J. N. Q., Y. r o z h o d o l : Odvolací súd odvolacie konanie z a s t a v u j e . Odporca je p o v i n n ý zaplatiť navrhovateľke náhradu trov odvolacieho konania v sume XXX,XX €. spočívajúcich v trovách právneho zastúpenia na účet právneho zástupcu navrhovateľky JUDr. Jozefa Marka, advokáta v Bratislave, do troch dní od právoplatnosti uznesenia. o d ô v o d n e n i e : Okresný súd G. F.. V. L. O. X.X.XXXX, Č..H.. XXC XX/XXXX-XX, uložil odporcovi povinnosť zaplatiť navrhovateľke, podľa zásad o bezdôvodnom obohatení, sumu X.XXX,XX €. spolu s úrokom z omeškania vo výške 9 % ročne od 11.1.2011 do zaplatenia, nahradiť jej trovy konania spolu v sume XXX,XX €., všetko v lehote 15 dní odo dňa právoplatnosti rozsudku. Rozsudok odôvodnil ustanovením § 451 ods. 1, 2, § 517 ods. 1, 2 Občianskeho zákonníka, § 2 ods. 1, 2, § 4 ods. l, 2 zákona č. 66/2009 Z.z. o niektorých opatreniach pri majetkovoprávnom usporiadaní pozemkov pod stavbami, ktoré prešli z vlastníctva štátu na obce a vyššie územné celky, čl. 20 ods. 4 Ústavy Slovenskej republiky, § 142 ods. l O.s.p.. Proti tomuto rozsudku podal včas odvolanie odporca. Odvolaciemu súdu navrhol napadnutý rozsudok súdu prvého stupňa zrušiť a vec mu vrátiť na ďalšie konanie. Navrhovateľka vo svojom vyjadrení k odvolaniu odporcu navrhla odvolaciemu súdu napadnutý rozsudok v celom rozsahu potvrdiť ako vecne správny. Žiadala náhradu trov odvolacieho konania v sume XXX,XX €., čomu zodpovedajú trovy právneho zastúpenia za jeden úkon právnej služby, vyjadrenie k odvolaniu odporcu zo dňa 18.4.2012 á XXX,XX €., jedenkrát paušálna suma náhrad v sume X,XX €., 20 % DPH. Pred rozhodnutím odvolacieho súdu o odvolaní odporca odvolanie proti rozsudku súdu prvého stupňa podaním zo dňa 11.7.2012 vzal v plnom rozsahu späť bez uvedenia dôvodu. Odvolací súd preskúmal vec (§ 212 ods. l v znení účinnom od 1.1.2012, ďalej len O.s.p.; § 372t O.s.p.), túto prejednal bez nariadenia pojednávania (§ 214 ods. 2 O.s.p.) a dospel k záveru, že odvolacie konanie je potrebné zastaviť. Podľa § 207 Občianskeho súdneho poriadku vzdať sa odvolania možno len voči súdu, a to až po vyhlásení rozhodnutia (ods. l). Dokiaľ o odvolaní nebolo rozhodnuté, možno ho vziať späť. Ak niekto vzal odvolanie späť, nemôže ho podať znova (ods. 2). Ak sa odvolanie, o ktorom nebolo rozhodnuté, vzalo späť, odvolací súd odvolacie konanie zastaví (ods. 3). Do dispozície účastníka konania, ktorý podal odvolanie, patrí aj možnosť odvolanie vziať späť až dovtedy, kým o ňom nebolo rozhodnuté. Má to však ten následok, že ho už ten istý účastník v danej veci nemôže podať. V prejednávanej veci odvolanie proti rozsudku súdu prvého stupňa podal len odporca. Skôr, ako odvolací súd o odvolaní rozhodol, odvolanie zobral späť. S poukazom na tieto dôvody odvolací súd odvolacie konanie už bez ďalšieho zastavil (§ 207 ods. 3 O.s.p.). Tým sa vec a účastníci dostali do postavenia, ako keby odvolanie nebolo vôbec podané a právoplatnosť rozsudku súdu prvého stupňa nastala, ako keby k podaniu odvolania nedošlo (§ 222 ods. l O.s.p.). Navrhovateľke, úspešnej aj v odvolacom konaní, odvolací súd priznal náhradu trov odvolacieho konania v sume XXX,XX €.. Nej zodpovedajú trovy právneho zastúpenia za jeden úkon právnej služby, vyjadrenie k odvolaniu odporcu zo dňa 18.4.2012 á 131,13 €, jedenkrát paušálna suma náhrad v sume X,XX €. (spolu v sume XXX,XX €.) + z toho 20 % DPH v sume XX,XX €. (§ 224 ods. l, § 146 ods. 2 veta druhá, § 149 ods. l, § 151 ods. l, 8 O.s.p., § 211 ods. 2, § 160 ods. 1veta prvá pred bodkočiarkou O.s.p.; § 1 ods. l, 3, § 10 ods. 1, § 14 ods. l písm. b/, § 16 ods. 3, § 18 ods. 3 vyhlášky č. 655/2004 Z.z. o odmenách a náhradách advokátov za poskytovanie právnych služieb).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https://www.kauzis.sk/judikatura/r/ECLI:SK:KSBA:2012:1110249773.1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