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14Co/365/2012 z 10. 9. 2012</w:t>
      </w:r>
    </w:p>
    <w:p>
      <w:r>
        <w:t>Uznesenie Krajského súdu Bratislava z 10. septembra 2012, sp. zn. 14Co/365/2012, ECLI:SK:KSBA:2012:1110249780.1</w:t>
      </w:r>
    </w:p>
    <w:p>
      <w:r>
        <w:t>Súd: Krajský súd Bratislava</w:t>
      </w:r>
    </w:p>
    <w:p>
      <w:r>
        <w:t>Spisová značka: 14Co/365/2012</w:t>
      </w:r>
    </w:p>
    <w:p>
      <w:r>
        <w:t>ECLI: ECLI:SK:KSBA:2012:1110249780.1</w:t>
      </w:r>
    </w:p>
    <w:p>
      <w:r>
        <w:t>Dátum vydania: 10. 9.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14Co/365/2012 Identifikačné číslo súdneho spisu: 1110249780 Dátum vydania rozhodnutia: 11. 09. 2012 Meno a priezvisko sudcu, VSÚ: JUDr. Katarína Javorčíková ECLI: ECLI:SK:KSBA:2012:1110249780.1</w:t>
      </w:r>
    </w:p>
    <w:p>
      <w:r>
        <w:t>Uznesenie Krajský súd v Bratislave v právnej veci navrhovateľky: G.. C. V., J. Q. na T. XX, J., zast.: JUDr. Jozefom Markom, advokátom, so sídlom Karpatská 18, Bratislava, proti odporcovi: Hlavné mesto SR Bratislava, so sídlom Primaciálne námestie 1, Bratislava, o zaplatenie 3.596,10 eur s prísl., na odvolanie odporcu proti rozsudku Okresného súdu Bratislava I v Bratislave z 25. 4. 2012, č.k. 25C/2/2011-102</w:t>
      </w:r>
    </w:p>
    <w:p>
      <w:r>
        <w:t>r o z h o d o l :</w:t>
      </w:r>
    </w:p>
    <w:p>
      <w:r>
        <w:t>Krajský súd v Bratislave odvolacie konanie z a s t a v u j e .</w:t>
      </w:r>
    </w:p>
    <w:p>
      <w:r>
        <w:t>Odporca je povinný zaplatiť navrhovateľke náhradu trov odvolacieho konania vo výške 130,66 eur, k rukám jej právneho zástupcu, do troch dní od právoplatnosti uznesenia.</w:t>
      </w:r>
    </w:p>
    <w:p>
      <w:r>
        <w:t>o d ô v o d n e n i e :</w:t>
      </w:r>
    </w:p>
    <w:p>
      <w:r>
        <w:t>Napadnutým rozsudkom súd prvého stupňa uložil odporcovi povinnosť zaplatiť navrhovateľke sumu 3.596,10 eur spolu s úrokom z omeškania vo výške 9% ročne zo sumy 3.596,10 eur od 11. 1. 2011 do zaplatenia a nahradiť navrhovateľke trovy konania vo výške 215,50 eur titulom zaplateného súdneho poplatku a vo výške 665,04 eur titulom trov právneho zastúpenia navrhovateľky, k rukám právneho zástupcu navrhovateľky JUDr. Jozefa Marka, všetko do troch dní od právoplatnosti rozsudku.</w:t>
      </w:r>
    </w:p>
    <w:p>
      <w:r>
        <w:t>Proti tomuto rozsudku, v časti uloženej povinnosti zaplatiť navrhovateľke sumu 2.425,62 eur titulom odplaty vecného bremena, podal v zákonom stanovenej lehote odvolanie odporca, ktorý žiadal rozsudok v napadnutej časti zmeniť a návrh zamietnuť.</w:t>
      </w:r>
    </w:p>
    <w:p>
      <w:r>
        <w:t>Písomným podaním doručeným súdu dňa 19. 7. 2012 zobral odporca svoje odvolanie z 8. 6. 2012 v celom rozsahu späť.</w:t>
      </w:r>
    </w:p>
    <w:p>
      <w:r>
        <w:t>Vzhľadom na to, že o odvolaní nebolo doposiaľ odvolacím súdom rozhodnuté, bolo možné ho vziať späť (§ 207 ods. 2 O.s.p.), a keďže zo strany odporcu došlo k účinnému späťvzatiu odvolania, v dôsledku čoho zanikol predmet odvolacieho konania, odvolací súd odvolacie konanie zastavil (§ 207 ods. 3 O.s.p.).</w:t>
      </w:r>
    </w:p>
    <w:p>
      <w:r>
        <w:t>O náhrade trov odvolacieho konania rozhodol súd podľa § 224 ods. 1 a § 146 ods. 2 prvá veta O.s.p., podľa ktorého je povinný zaplatiť trovy konania účastník, ktorý zavinil zastavenie konania. Zastavenie odvolacieho konania v danom prípade zavinil odporca, ktorý vzal odvolanie späť skôr, ako o ňom bolo rozhodnuté.</w:t>
      </w:r>
    </w:p>
    <w:p>
      <w:r>
        <w:t>Navrhovateľka sa prostredníctvom svojho právneho zástupcu dňa 20. 7. 2012 písomne vyjadrila k podanému odvolaniu, a zároveň v zmysle § 151 ods. 1 O.s.p. podala návrh na priznanie náhrady trov</w:t>
      </w:r>
    </w:p>
    <w:p>
      <w:r>
        <w:t>odvolacieho konania vo výške 166,51 eur (za 1 úkon právnej služby - vyjadrenie k odvolaniu á 131,13 eur + 20% DPH + režijný paušál 7,63 eur + 20% DPH).</w:t>
      </w:r>
    </w:p>
    <w:p>
      <w:r>
        <w:t>Odvolací súd priznal navrhovateľke náhradu trov odvolacieho konania vo výške 130,66 eur, keď pri určení základnej sadzby tarifnej odmeny za jeden úkon právnej služby v zmysle vyhlášky Ministerstva spravodlivosti SR č. 655/2004 Z.z. o odmenách a náhradách advokátov za poskytovanie právnych služieb vychádzal len zo sumy 2.425,62 eur (ako predmetu odvolacieho konania). Základná sadzba tarifnej odmeny za jeden úkon právnej služby v odvolacom konaní tak predstavuje sumu 101,25 eur. Priznaná náhrada trov právneho zastúpenia pozostáva zo sumy 101,25 eur za 1 úkon právnej služby - písomné podanie na súd dňa 20. 7. 2012 + 20% DPH vo výške 20,25 eur + 1 x režijný paušál 7,63 eur + 20% DPH vo výške 1,53 eur, t.j. celkom 130,66 eur.</w:t>
      </w:r>
    </w:p>
    <w:p>
      <w:r>
        <w:t>Poučenie:</w:t>
      </w:r>
    </w:p>
    <w:p>
      <w:r>
        <w:t>Proti tomuto uzneseniu odvolanie nie je prípustné.</w:t>
      </w:r>
    </w:p>
    <w:p/>
    <w:p>
      <w:r>
        <w:t>Zdroj: KAUZIS.SK – https://www.kauzis.sk/judikatura/r/ECLI:SK:KSBA:2012:1110249780.1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