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1Cob/216/2012 z 30. 10. 2012</w:t>
      </w:r>
    </w:p>
    <w:p>
      <w:r>
        <w:t>Uznesenie Krajského súdu Bratislava z 30. októbra 2012, sp. zn. 1Cob/216/2012, ECLI:SK:KSBA:2012:1111212718.1</w:t>
      </w:r>
    </w:p>
    <w:p>
      <w:r>
        <w:t>Súd: Krajský súd Bratislava</w:t>
      </w:r>
    </w:p>
    <w:p>
      <w:r>
        <w:t>Spisová značka: 1Cob/216/2012</w:t>
      </w:r>
    </w:p>
    <w:p>
      <w:r>
        <w:t>ECLI: ECLI:SK:KSBA:2012:1111212718.1</w:t>
      </w:r>
    </w:p>
    <w:p>
      <w:r>
        <w:t>Dátum vydania: 30.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1Cob/216/2012 Identifikačné číslo súdneho spisu: 1111212718 Dátum vydania rozhodnutia: 31. 10. 2012 Meno a priezvisko sudcu, VSÚ: JUDr. Danica Michalková ECLI: ECLI:SK:KSBA:2012:1111212718.1 Uznesenie Krajský súd v Bratislave v právnej veci navrhovateľa: Železničná spoločnosť Slovensko, a. s., Rožňavská 1, 832 72 Bratislava, IČO: 35914939, proti odporcovi: Železnice Slovenskej republiky, Bratislava, Klemensova 8, 813 61 Bratislava, IČO: 31364501, o zaplatenie 13.516,- Eur s príslušenstvom, o odvolaní navrhovateľa proti rozsudku Okresného súdu Bratislava I č. k. 32Cb/42/2011-135 zo dňa 19. 03. 2012 takto r o z h o d o l : Krajský súd v Bratislave späťvzatie návrhu p r i p ú š ť a, rozsudok Okresného súdu Bratislava I č. k. 32Cb/42/2011-135 zo dňa 19. 03. 2012 z r u š u j e a konanie z a s t a v u j e . Žiaden z účastníkov nemá právo na náhradu trov konania. o d ô v o d n e n i e : Napadnutým rozsudkom súd prvého stupňa návrh navrhovateľa, ktorým sa domáhal náhrady škody vo výške 13.516,- Eur s prísl., v celom rozsahu zamietol a uložil navrhovateľovi povinnosť nahradiť odporcovi trovy konania vo výške 810,50 Eur podľa ust. § 142 ods. 1 O.s.p. Proti tomuto rozsudku podal v zákonnej lehote odvolanie navrhovateľ s poukazom na ust. § 205 ods. 2, písm. d), f) O.s.p. a navrhol rozsudok súdu prvého stupňa zmeniť a návrhu v celom rozsahu vyhovieť, prípadne rozsudok súdu prvého stupňa zrušiť a vec mu vrátiť na ďalšie konanie. Uviedol, že je úlohou odporcu ako správcu dráhy sledovať stav infraštruktúry a prijať vhodné opatrenia na zabezpečenie plynulosti a bezpečnosti železničnej dopravy a súd prvého stupňa na základe vykonaného dokazovania dospel k nesprávnym skutkovým zisteniam a k nesprávnemu právnemu posúdeniu veci. Podaním zo dňa 13. 09. 2012 vzal navrhovateľ svoj návrh v celom rozsahu späť a žiadal konanie zastaviť. Súčasne navrhol, aby o trovách konania rozhodol odvolací súd podľa ust. § 146 ods. 1 písm. c) O.s.p. tak, že žiadnemu z účastníkov ich náhradu neprizná. Odporca so späťvzatím návrhu súhlasil. Svoj súhlas vyjadril písomne a to na písomnom podaní, ktorým zobral navrhovateľ svoj návrh v celom rozsahu späť. Podľa ust. § 208 O.s.p. ak je návrh na začatie konanie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k tomu, že navrhovateľ svoj návrh na začatie konania zobral v celom rozsahu späť a odporca so späťvzatím návrhu súhlasil, s poukazom na ust. § 208 O.s.p. odvolací súd pripustil späťvzatie návrhu, rozsudok súdu prvého stupňa zrušil a konanie zastavil. O trovách odvolacieho konania rozhodol odvolací súd podľa ust. § 224 ods. 1 O.s.p. v spojení s ust. § 146 ods. 1 písm. c) O.s.p. a vzhľadom k tomu, že účastníci konania sa o trovách konania dohodli, rozhodol odvolací súd tak, že žiaden z účastníkov nemá právo na náhradu trov prvostupňového a odvolacieho konania.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https://www.kauzis.sk/judikatura/r/ECLI:SK:KSBA:2012:1111212718.1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