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2Co/35/2012 z 30. 1. 2012</w:t>
      </w:r>
    </w:p>
    <w:p>
      <w:r>
        <w:t>Uznesenie Krajského súdu Bratislava z 30. januára 2012, sp. zn. 2Co/35/2012, ECLI:SK:KSBA:2012:1111216916.1</w:t>
      </w:r>
    </w:p>
    <w:p>
      <w:r>
        <w:t>Súd: Krajský súd Bratislava</w:t>
      </w:r>
    </w:p>
    <w:p>
      <w:r>
        <w:t>Spisová značka: 2Co/35/2012</w:t>
      </w:r>
    </w:p>
    <w:p>
      <w:r>
        <w:t>ECLI: ECLI:SK:KSBA:2012:1111216916.1</w:t>
      </w:r>
    </w:p>
    <w:p>
      <w:r>
        <w:t>Dátum vydania: 30. 1. 2012</w:t>
      </w:r>
    </w:p>
    <w:p>
      <w:r>
        <w:t>Forma: Uznesenie</w:t>
      </w:r>
    </w:p>
    <w:p>
      <w:pPr>
        <w:pStyle w:val="Heading2"/>
      </w:pPr>
      <w:r>
        <w:t>Text rozhodnutia</w:t>
      </w:r>
    </w:p>
    <w:p>
      <w:r>
        <w:t>Súd: Krajský súd Bratislava Spisová značka: 2Co/35/2012 Identifikačné číslo súdneho spisu: 1111216916 Dátum vydania rozhodnutia: 31. 01. 2012 Meno a priezvisko sudcu, VSÚ: JUDr. Darina Kriváňová ECLI: ECLI:SK:KSBA:2012:1111216916.1 Uznesenie Krajský súd v Bratislave v právnej veci navrhovateľa: U. S., N.. G.. Č. XXXXXXXXXX, XXXX XXX O. U. U. U. XXX, I., A. XXX XX D., konajúca N.. J. R., G., adresa pre doručovanie: L. XX, XXX XX W., proti odporkyni: H. O., B.. XX.XX.XXXX, bytom T. XX, XXX XX U., občan SR, o návrhu na vydanie predbežného opatrenia, uznesením Okresného súdu Bratislava I, č.k. 11C 86/2011-63 zo dňa 15.06.2011, pomerom hlasov 3:0, takto r o z h o d o l : Odvolací súd p r i p ú š ť a späťvzatie návrhu, uznesenie súdu prvého stupňa z r u š u j e a konanie z a s t a v u j e . Žiaden z účastníkov nemá právo na náhradu trov konania. o d ô v o d n e n i e : Súd prvého stupňa uznesením zo dňa 15.06.2011 zamietol návrh na nariadenie predbežného opatrenia, ktorým navrhovateľ žiadal, aby súd zakázal odporkyni nakladať s nehnuteľnosťami a to ich predať, darovať, zameniť, založiť, zaťažiť vecným bremenom, predkupným právom, dať do nájmu, vypožičať, uzavrieť ohľadne nehnuteľnosti zmluvu o budúcej zmluve, vložiť ako vklad na podnikanie, ručiť, dať súhlas s dobrovoľnou dražbou, vyhotoviť notárku zápisnicu - exekučný titul týkajúci sa týchto nehnuteľností a akokoľvek inak nakladať s nehnuteľným majetkom nachádzajúcim sa v kat. úz. X. - B., obec X. - T.. Č.. G., okres X. N., zapísaný na LV č. XXX U. W. X. N.. Podaním zo dňa 28.11.2011 navrhovateľ zobral návrh zo dňa 26.05.2011 na nariadenie predbežného opatrenia späť a podľa § 96 O.s.p. žiadal konanie vo veci zastaviť. Podľa § 208 O.s.p. aj je návrh na začatie konania vzatý späť, keď už rozhodol súd prvého stupňa, ale jeho rozhodnutie nie je dosiaľ právoplatné, odvolací súd rozhodne o pripustení späťvzatia. Súd späťvaztie nepripustí, ak druhý účastník s tým nesúhlasí. Ak späťvzatie pripustí, odvolací súd zruší rozhodnutie súdu prvého stupňa a konanie zastaví. Späťvzatie návrhu na začatie konania je dispozitívnym úkonom, na ktorý je oprávnený iba navrhovateľ. K späťvzatiu návrhu na začatie konania môže dôjsť nielen počas konania, na súde prvého stupňa, ale aj po vydaní rozhodnutia súdu prvého stupňa najneskôr však do momentu, kým rozhodnutie nenadobudne právoplatnosť. Znamená to, že vziať žalobu späť je možné počas odvolacej lehoty bez toho, aby muselo byť súčasne podané dovolanie. Podľa § 75 ods. 9 tretia veta O.s.p. ak bol návrh na nariadenie predbežného opatrenia odmietnutý, alebo zamietnutý, nedoručuje súd ostatným účastníkom uznesenie o jeho odmietnutí, alebo zamietnutí, ani prípadné odvolanie navrhovateľa; uznesenie odvolacieho súdu im doručí, len ak ním bolo nariadené predbežné opatrenie. Súd je oprávnený rozhodnúť o nariadení predbežného opatrenia aj bez toho, že by si vyžiadal vyjadrenie ostatných účastníkov konania. Pri rozhodovaní o nariadení predbežného opatrenia súd vychádza z návrhu a z dôkazov, ktoré predložil navrhovateľ k návrhu. V prípade ak súd rozhodne o návrhu na nariadenie predbežného opatrenia inak ako tak, že uznesenie nariadi a to, že návrh na nariadenie predbežného opatrenia odmietne, alebo návrh na nariadenie predbežného opatrenia zamietne, toto rozhodnutie ostatným účastníkom nedoručuje. Vzhľadom k tomu, že rozhodnutie o návrhu na nariadenie predbežného opatrenia nie je rozhodnutie vo veci samej a podľa § 75 ods. 9 posledná veta O.s.p. uznesenie súd ostatným účastníkom nedoručuje, odvolací súd bez vyžiadania súhlasu odporkyne so späťvzatím návrhu, na základe späťvzatia návrhu navrhovateľa na nariadenie predbežného opatrenia podľa § 208 O.s.p. pripustil späťvzatie návrhu, uznesenie súdu prvého stupňa zrušil a konanie vo veci zastavil. O trovách konania bolo rozhodnuté podľa § 224 ods. 1 O.s.p. v spojení s § 146 ods. 1 písm. c) O.s.p. odvolací súd rozhodol tak, že žiaden z účastníkov nemá právo na náhradu trov konania, pretože konanie bolo zastavené a neboli splnené podmienky pre postup podľa § 146 ods. 2 O.s.p.. Poučenie: Proti tomuto uzneseniu odvolanie nie je prípustné.</w:t>
      </w:r>
    </w:p>
    <w:p/>
    <w:p>
      <w:r>
        <w:t>Zdroj: KAUZIS.SK – https://www.kauzis.sk/judikatura/r/ECLI:SK:KSBA:2012:1111216916.1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