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17CoE/5/2012 z 29. 4. 2012</w:t>
      </w:r>
    </w:p>
    <w:p>
      <w:r>
        <w:t>Uznesenie Krajského súdu Bratislava z 29. apríla 2012, sp. zn. 17CoE/5/2012, ECLI:SK:KSBA:2012:1111217129.1</w:t>
      </w:r>
    </w:p>
    <w:p>
      <w:r>
        <w:t>Súd: Krajský súd Bratislava</w:t>
      </w:r>
    </w:p>
    <w:p>
      <w:r>
        <w:t>Spisová značka: 17CoE/5/2012</w:t>
      </w:r>
    </w:p>
    <w:p>
      <w:r>
        <w:t>ECLI: ECLI:SK:KSBA:2012:1111217129.1</w:t>
      </w:r>
    </w:p>
    <w:p>
      <w:r>
        <w:t>Dátum vydania: 29. 4. 2012</w:t>
      </w:r>
    </w:p>
    <w:p>
      <w:r>
        <w:t>Forma: Uznesenie</w:t>
      </w:r>
    </w:p>
    <w:p>
      <w:r>
        <w:t>Oblasť práva: Občianske právo</w:t>
      </w:r>
    </w:p>
    <w:p>
      <w:pPr>
        <w:pStyle w:val="Heading2"/>
      </w:pPr>
      <w:r>
        <w:t>Text rozhodnutia</w:t>
      </w:r>
    </w:p>
    <w:p>
      <w:r>
        <w:t>Súd: Krajský súd Bratislava Spisová značka: 17CoE/5/2012 Identifikačné číslo súdneho spisu: 1111217129 Dátum vydania rozhodnutia: 30. 04. 2012 Meno a priezvisko sudcu, VSÚ: JUDr. Elena Ondrišová ECLI: ECLI:SK:KSBA:2012:1111217129.1 Uznesenie Krajský súd v Bratislave vo exekučnej veci oprávneného Sociálna poisťovňa, a.s., pobočka Bratislava, Záhradnícka 31, Bratislava, IČO: 30 807 484, proti povinnému B.. C. G., U.. XX.X.XXXX, D. E. G. X, R., o námietkach proti upovedomeniu o začatí exekúcie a o odvolaní povinného proti uzneseniu Okresného súdu Bratislava I v Bratislave č.k. 4Er 814/2011-15, Ex 721/2011 zo dňa 30.8.2011, jednohlasne takto r o z h o d o l : Odvolací súd odvolanie povinného proti zamietnutiu námietok odmieta. Krajský súd v Bratislave uznesenie Okresného súdu Bratislava I v Bratislave č.k. 4Er 814/2011-15, Ex 721/2011 zo dňa 30.8.2011 v časti uloženej povinnosti zaplatiť súdny poplatok za konanie o námietkach p o t v r d z u j e . o d ô v o d n e n i e : Napadnutým uznesením súd prvého stupňa námietky povinného proti upovedomeniu o začatí exekúcie zamietol a zároveň rozhodol o povinnosti povinného, aby v lehote 3 dní od nadobudnutia právoplatnosti uznesenia zaplatil súdny poplatok za konanie súdu o námietkach proti exekúcii v sume 66,- EUR. V odôvodnení uviedol, že námietky zamietol podľa § 50 ods. 1 Exekučného poriadku, nakoľko povinný nepredložil súdu žiadne doklady preukazujúce jeho tvrdenia uvedené v námietkach proti exekúcii. Povinnosť na zaplatenie súdneho poplatku za konanie súdu o námietkach odôvodnil na základe zákona o súdnych poplatkoch podľa položky 13 písm. b/ Sadzobníka súdnych poplatkov, ktorý tvorí prílohu k tomuto zákonu. V poučení uznesenia uviedol, že proti nemu nie je prípustné odvolanie s výnimkou tej časti, v ktorej rozhodol o súdnom poplatku. Proti uzneseniu v celom rozsahu podal v zákonom stanovenej lehote odvolanie povinný. Odvolanie odôvodnil tým, že exekúcia je vedená neoprávnene, nakoľko všetky odvody oprávnenému vždy včas platil. Preto je toho názoru, že by mala byť exekúcia zrejme zastavená a i súdny poplatok za jeho námietky by mala uhradiť Sociálna poisťovňa. Pred tým, než súd sa začal zaoberať dôvodmi podaného odvolania, skúmal jeho prípustnosť a zistil, že odvolanie proti zamietnutiu námietok povinného proti upovedomeniu o začatí exekúcie je potrebné odmietnuť, nakoľko proti tejto časti uznesenia odvolanie nie je prípustné, pretože podľa § 50 ods. 4 zák. č. 233/1995 Z.z. o súdnych exekútoroch a exekučnej činnosti (Exekučný poriadok) je prípustné odvolanie len proti rozhodnutiu, ktorým sa námietkam vyhovelo. Podľa § 202 ods. 2 O.s.p. odvolanie nie je prípustné ani proti uzneseniu v exekučnom konaní podľa osobitného zákona, ak tento osobitný zákon neustanovuje inak. Preto odvolací súd odvolanie povinného proti výroku napadnutého uznesenia, ktorým boli zamietnuté jeho námietky, odmietol. Krajský súd v Bratislave prejednal odvolanie proti výroku, ktorým súd prvého stupňa napadnutým uznesením uložil povinnému zaplatiť súdny poplatok za konanie o námietkach proti exekúcii podľa § 212 ods. 1 O.s.p. bez nariadenia pojednávania podľa § 214 ods. 2 O.s.p. a dospel k záveru, že napadnuté uznesenie je vecne správne. Odvolací súd preskúmaním veci zistil, že povinný v prejednávanej veci podal námietky proti exekúcii, za čo mu súd prvého stupňa uložil povinnosť zaplatiť súdny poplatok podľa položky 13 písm. b/ Sadzobníka súdnych poplatkov, ktorý tvorí neoddeliteľnú súčasť zákona č. 71/1992 Zb. o súdnych poplatkoch. Súdny poplatok bol vyrubený v správne výške, a to v sadzbe 6 % z vymáhaného nároku, najmenej 66,- EUR. S poukazom na uvedené Krajský súd v Bratislave uznesenie súdu prvého stupňa v napadnutej časti podľa § 219 ods. 1 O.s.p. ako správne potvrdil. Poučenie: Proti tomuto uzneseniu odvolanie nie je prípustné.</w:t>
      </w:r>
    </w:p>
    <w:p/>
    <w:p>
      <w:r>
        <w:t>Zdroj: KAUZIS.SK – https://www.kauzis.sk/judikatura/r/ECLI:SK:KSBA:2012:1111217129.1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