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3Co/143/2012 z 29. 3. 2012</w:t>
      </w:r>
    </w:p>
    <w:p>
      <w:r>
        <w:t>Uznesenie Krajského súdu Bratislava z 29. marca 2012, sp. zn. 3Co/143/2012, ECLI:SK:KSBA:2012:1111228236.1</w:t>
      </w:r>
    </w:p>
    <w:p>
      <w:r>
        <w:t>Súd: Krajský súd Bratislava</w:t>
      </w:r>
    </w:p>
    <w:p>
      <w:r>
        <w:t>Spisová značka: 3Co/143/2012</w:t>
      </w:r>
    </w:p>
    <w:p>
      <w:r>
        <w:t>ECLI: ECLI:SK:KSBA:2012:1111228236.1</w:t>
      </w:r>
    </w:p>
    <w:p>
      <w:r>
        <w:t>Dátum vydania: 29. 3.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3Co/143/2012 Identifikačné číslo súdneho spisu: 1111228236 Dátum vydania rozhodnutia: 30. 03. 2012 Meno a priezvisko sudcu, VSÚ: JUDr. Mária Šramková ECLI: ECLI:SK:KSBA:2012:1111228236.1 Uznesenie Krajský súd v Bratislave, v právnej veci navrhovateľov: 1/ K. T., bytom E. Ú. XXX/XXX, Bratislava, 2/ A. O., bytom V. XXXX/XX, Bratislava, obaja zastúpení: JUDr. Stanislav Jakubčík, advokát, Svätoplukova 28, Bratislava, proti odporcom: 1/ D.. Š. F., bytom I. XXXX/XX, Bratislava, 2/ I. F., bytom P. XXXX/XX, Bratislava, obaja zastúpení: JUDr. Ľubomír Schweighofer, advokát, Šafárikovo námestie 2, Bratislava, o zaplatenie sumy 6.480,- Eur, o návrhu na prerušenie konania, o odvolaní navrhovateľov 1/ a 2/ proti uzneseniu Okresného súdu Bratislava I v Bratislave, č.k. 24C /139/2011-63 zo dňa 17.01.2012, takto r o z h o d o l : Uznesenie súdu prvého stupňa sa p o t v r d z u j e . o d ô v o d n e n i e : Napadnutým uznesením súd prvého stupňa prerušil konanie na čas do právoplatného skončenia konania, vedeného na Okresnom súde Bratislava II, pod spisovou značkou 14C/74/2009. V rozhodnutí uviedol, že návrhom na vydanie platobného rozkazu sa navrhovatelia ako podieloví spoluvlastníci, domáhajú zaplatenia sumy 6.480,- Eur, titulom bezdôvodného obohatenia odporcov vo forme užívania nehnuteľností nachádzajúcich sa v Bratislave, obec Bratislava - m.č. Podunajské Biskupice, k.ú. Podunajské Biskupice, X.. Č.. XXXX/X vo výmere 513 m2, záhrady, X.. Č.. XXXX/X vo výmere 147 m2, zastavané plochy a nádvoria, parc. č. XXXX/X vo výmere 69 m2, zastavané plochy a nádvoria, stavba Q.. Č.. XXXXX na parc. č. XXXX/X, rodinný dom, stavba Q.. Č.. XXXXX na parc. č. XXXX/X, garáž, v celom rozsahu bez právneho dôvodu. Odporcovia podaním doručeným súdu dňa 19.10.2011 navrhli konanie prerušiť z dôvodu, že na Okresnom súde Bratislava II prebieha konanie vedené pod sp. zn. 14C/74/2009, v ktorom sa navrhovateľka T. F. proti odporcovi V. E. T. domáha vrátenia daru - spoluvlastníckeho podielu na vyššie špecifikovaných nehnuteľnostiach, vo výške jednej polovice. S poukazom na skutočnosť, že na Okresnom súde Bratislava II prebieha pod sp. zn. 14C/74/2009 konanie vo veci vrátenia spoluvlastníckeho podielu na predmetných nehnuteľnostiach, od ktorého si navrhovatelia v tomto konaní odvodzujú svoj nárok, súd dospel k záveru, že vyriešenie predmetnej otázky má význam pre konanie vedené na Okresnom súde Bratislava I , pod sp. zn. 24C/139/2011. Uznesenie napadli v zákonnej lehote odvolaním navrhovatelia, podaním zo dňa 20.02. 2012. Boli toho názoru, že súd nesprávne právne posúdil vec z dôvodu, že v zmysle § 70 zákona č. 162/1995 Z.z. o katastri nehnuteľností a o zápise a iných právach k nehnuteľnostiam (katastrálny zákon), ktorý hovorí o hodnovernosti a záväznosti údajov katastra „Údaje katastra uvedené v § 7 sú hodnoverné, ak sa nepreukáže opak“. V zmysle ust. § 71 záväzné údaje katastra sa používajú najmä na ochranu práv k nehnuteľnostiam“. Z uvedeného vyplýva, že vlastníkom nehnuteľností so všetkými, z toho vyplývajúcimi právami a povinnosťami je až do momentu kým sa preukáže opak, osoba, zapísaná ako vlastník v katastri nehnuteľností. Uviedli, že považujú za nespravodlivé, aby uplatňovanie práva odporcami v inom súdnom konaní obmedzovalo spoluvlastníkov nehnuteľnosti, ktorým svedčí zápis v katastri nehnuteľností. Takýto stav je v rozpore s vlastníckym právom garantovaným Ústavou SR, Listinou základných práv a slobôd, ako aj príslušnými ustanoveniami Občianskeho zákonníka. Mali za to, že odporcovia sú povinní strpieť výkon vlastníckeho práva navrhovateľmi. Žiadali uznesenie súdu prvého stupňa zrušiť. Krajský súd v Bratislave, ako súd odvolací (§ 10 ods. 1 O.s.p.), preskúmal vec v rozsahu podľa ustanovenia § 212 ods. 1 O.s.p. bez nariadenia pojednávania a dospel k záveru, že odvolanie navrhovateľov nie je dôvodné. Podľa § 109 ods. 2 písm. c) O.s.p. pokiaľ súd neurobí iné vhodné opatrenia, môže konanie prerušiť, ak prebieha konanie, v ktorom sa rieši otázka, ktorá môže mať význam pre rozhodnutie súdu, alebo ak súd dal na takéto konanie podnet. Súd prvého stupňa správne rozhodol, keď konanie v predmetnej veci prerušil až do právoplatného skončenia konania, vedeného na Okresnom súde Bratislava II, pod sp. zn. 14C/74/2009, predmetom ktorého je vrátenie daru - spoluvlastníckeho podielu predmetných nehnuteľností v jednej polovici. Odvolací súd rovnako, ako súd prvého stupňa dospel k záveru, že v uvedenom konaní sa rieši otázka týkajúca sa vrátenia spoluvlastníckeho podielu na nehnuteľnostiach, od ktorých si v tomto konaní navrhovatelia odvodzujú svoj nárok. Keďže výsledok konania vo veci sp. zn. 14C 74/2009 bude mať podstatný význam pre rozhodnutie v prejednávanej veci, sú splnené zákonné podmienky na prerušenie konania. Z uvedených dôvodov odvolací súd uznesenie súdu prvého stupňa v zmysle § 219 ods.1 O.s.p. ako vecne správne potvrdil. Toto rozhodnutie prijal senát Krajského súdu v Bratislave pomerom hlasov 3:0. Poučenie: Proti tomuto uzneseniu odvolanie nie je prípustné.</w:t>
      </w:r>
    </w:p>
    <w:p/>
    <w:p>
      <w:r>
        <w:t>Zdroj: KAUZIS.SK – https://www.kauzis.sk/judikatura/r/ECLI:SK:KSBA:2012:1111228236.1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