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3Co/597/2012 z 29. 11. 2012</w:t>
      </w:r>
    </w:p>
    <w:p>
      <w:r>
        <w:t>Uznesenie Krajského súdu Bratislava z 29. novembra 2012, sp. zn. 3Co/597/2012, ECLI:SK:KSBA:2012:1112202164.2</w:t>
      </w:r>
    </w:p>
    <w:p>
      <w:r>
        <w:t>Súd: Krajský súd Bratislava</w:t>
      </w:r>
    </w:p>
    <w:p>
      <w:r>
        <w:t>Spisová značka: 3Co/597/2012</w:t>
      </w:r>
    </w:p>
    <w:p>
      <w:r>
        <w:t>ECLI: ECLI:SK:KSBA:2012:1112202164.2</w:t>
      </w:r>
    </w:p>
    <w:p>
      <w:r>
        <w:t>Dátum vydania: 29. 11. 2012</w:t>
      </w:r>
    </w:p>
    <w:p>
      <w:r>
        <w:t>Forma: Uznesenie</w:t>
      </w:r>
    </w:p>
    <w:p>
      <w:r>
        <w:t>Oblasť práva: Občianske právo</w:t>
      </w:r>
    </w:p>
    <w:p>
      <w:pPr>
        <w:pStyle w:val="Heading2"/>
      </w:pPr>
      <w:r>
        <w:t>Text rozhodnutia</w:t>
      </w:r>
    </w:p>
    <w:p>
      <w:r>
        <w:t>Súd: Krajský súd Bratislava Spisová značka: 3Co/597/2012 Identifikačné číslo súdneho spisu: 1112202164 Dátum vydania rozhodnutia: 30. 11. 2012 Meno a priezvisko sudcu, VSÚ: JUDr. Mária Šramková ECLI: ECLI:SK:KSBA:2012:1112202164.2 Uznesenie Krajský súd v Bratislave v právnej veci navrhovateľa: C.. K. X., V., I. Č..X/XXXX, zastúpený spoločnosťou Škubla &amp; Partneri s. r. o., Digital Park II, Bratislava, Einsteinova č. 25, proti odporcom: X) Z., C.., O. Q., O. XXXXX, XX W. XX F. F., Xth I., F. Š. R., X) Y., F. I., N. XXXXX, XXX V. F., F. Š. R., o vydanie predbežného opatrenia, na odvolanie navrhovateľa proti rozhodnutiu Okresného súdu Bratislava I č. k. 18 C 15/2012 - 403 zo dňa 6.2.2012 rozhodol r o z h o d o l : Odvolacie konanie sa z a s t a v u j e . Žiaden z účastníkov nemá právo na náhradu trov konania. o d ô v o d n e n i e : Napadnutým uznesením súd prvého stupňa zastavil konanie z dôvodu, že podľa § 37 zák. č. 97/1963 Zb. nie je daná právomoc slovenských súdov. Proti tomuto uzneseniu včas prostredníctvom svojho právneho zástupcu podal odvolanie navrhovateľ. Podaním zo dňa 17.9.2012, doručeným súdu prvého stupňa dňa 19.9.2012, navrhovateľ vzal späť svoje odvolanie vzal späť. Podľa § 207 ods. 2 O. s. p. dokiaľ o odvolaní nebolo rozhodnuté, možno ho vziať späť. Ak niekto vzal odvolanie späť, nemôže ho podať znova. Podľa § 207 ods. 3 O. s. p. ak sa odvolanie, o ktorom nebolo rozhodnuté, vzalo späť, odvolací súd odvolacie konanie zastaví. Odvolací súd vzhľadom na uvedené vyššie, ako aj dispozičnú zásadu navrhovateľa, ktorý svoje odvolanie vzal späť, odvolacie konanie podľa § 207 ods. 3 O. s. p. zastavil. O trovách konania rozhodol podľa § 146 ods. 1 písm. c) O. s. p., nepriznal žiadnemu z účastníkov právo na náhradu trov konania. Toto rozhodnutie prijal senát Krajského súdu v Bratislave pomerom hlasov 3:0. Poučenie: Proti tomuto rozhodnutiu odvolanie nie je prípustné.</w:t>
      </w:r>
    </w:p>
    <w:p/>
    <w:p>
      <w:r>
        <w:t>Zdroj: KAUZIS.SK – https://www.kauzis.sk/judikatura/r/ECLI:SK:KSBA:2012:1112202164.2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