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2Co/152/2012 z 29. 5. 2012</w:t>
      </w:r>
    </w:p>
    <w:p>
      <w:r>
        <w:t>Uznesenie Krajského súdu Bratislava z 29. mája 2012, sp. zn. 2Co/152/2012, ECLI:SK:KSBA:2012:1112206948.1</w:t>
      </w:r>
    </w:p>
    <w:p>
      <w:r>
        <w:t>Súd: Krajský súd Bratislava</w:t>
      </w:r>
    </w:p>
    <w:p>
      <w:r>
        <w:t>Spisová značka: 2Co/152/2012</w:t>
      </w:r>
    </w:p>
    <w:p>
      <w:r>
        <w:t>ECLI: ECLI:SK:KSBA:2012:1112206948.1</w:t>
      </w:r>
    </w:p>
    <w:p>
      <w:r>
        <w:t>Dátum vydania: 29. 5. 2012</w:t>
      </w:r>
    </w:p>
    <w:p>
      <w:r>
        <w:t>Forma: Uznesenie</w:t>
      </w:r>
    </w:p>
    <w:p>
      <w:pPr>
        <w:pStyle w:val="Heading2"/>
      </w:pPr>
      <w:r>
        <w:t>Text rozhodnutia</w:t>
      </w:r>
    </w:p>
    <w:p>
      <w:r>
        <w:t>Súd: Krajský súd Bratislava Spisová značka: 2Co/152/2012 Identifikačné číslo súdneho spisu: 1112206948 Dátum vydania rozhodnutia: 30. 05. 2012 Meno a priezvisko sudcu, VSÚ: JUDr. Darina Kriváňová ECLI: ECLI:SK:KSBA:2012:1112206948.1 Uznesenie Krajský súd v Bratislave v právnej veci navrhovateľa: Č. E. W., Y..X.., so sídlom P. XX, W., IČO: XXX XX XXX proti odporcovi: I. Q. A., nar. XX.XX.XXXX, bytom I. X.. F. A. XX, H. H., o nariadenie predbežného opatrenia, o odvolaní navrhovateľa proti uzneseniu Okresného súdu Bratislava I, č.k. 21C 52/2012-16 zo dňa 08.03.2012, takto r o z h o d o l : Odvolací súd pripúšťa späťvzatie návrhu na nariadenie predbežného opatrenia, uznesenie súdu prvého stupňa z r u š u j e a konanie z a s t a v u j e . o d ô v o d n e n i e : Súd prvého stupňa uznesením zo dňa 08.03.2012 zamietol návrh na nariadenie predbežného opatrenia, ktorým sa navrhovateľ domáhal, aby súd uložil Q. Ú. W., Y..X.. zablokovať peňažné prostriedky vo výške 3.160,06 eur na účte č. XXXXXXXXXX/XXXX do právoplatného skončenia konania o náhradu škody, spôsobenej konaním odporcu navrhovateľovi, z dôvodu zabezpečenia nároku navrhovateľa ako poškodeného v trestnej veci proti odporcovi I. Q. A.. Súd prvého stupňa zamietol návrh na nariadenie predbežného opatrenia z dôvodu, že navrhovateľ nepreukázal zákonné predpoklady pre nariadenie predbežného opatrenia. Navrhovateľ podaním zo dňa 14.03.2012 zobral návrh na nariadenie predbežného opatrenia späť a žiadal konanie podľa § 96 ods. 1 O.s.p. zastaviť. Vzhľadom k tomu, že k späťvzatiu návrhu na nariadenie predbežného opatrenia došlo po rozhodnutí súdu prvého stupňa o návrhu navrhovateľa, súd prvého stupňa predložil vec na rozhodnutie odvolaciemu súdu. Odvolací súd prejednal vec podľa § 214 ods. 2 O.s.p. bez nariadenia pojednávania a dospel k záveru, že konanie vo veci je potrebné zastaviť, pretože navrhovateľ zobral návrh na nariadenie predbežného opatrenia späť, keď už rozhodol súd prvého stupňa, ale jeho rozhodnutie nie je dosiaľ právoplatné. Podľa § 208 O.s.p. ak je návrh na začatie konania vzatý späť, keď už rozhodol súd prvého stupňa, ale jeho rozhodnutie nie je dosiaľ právoplatné, odvolací súd rozhodne o pripustení späťvzatia. Súd späťvzatie nepripustí, ak druhý účastník s tým nesúhlasí. Ak späťvzatie pripustí, odvolací súd zruší rozhodnutie súdu prvého stupňa a konanie zastaví. Späťvzatie návrhu na začatie konania je dispozitívnym úkonom, na ktorý je oprávnený iba navrhovateľ. K späťvzatiu návrhu na začatie konania môže dôjsť nielen počas konania na súde prvého stupňa, ale aj po vydaní rozhodnutia súdu prvého stupňa, najneskôr však pokiaľ jeho rozhodnutie nenadobudne právoplatnosť. Znamená to, že vziať návrh späť je možné počas odvolacej lehoty bez toho, aby muselo byť súčasne podané odvolanie. Späťvzatiu návrhu môže zabrániť odporca, ktorého je súd povinný vyzvať, aby sa vyjadril, či so späťvzatím návrhu súhlasí, alebo nie. V danom prípade bol podaný návrh na nariadenie predbežného opatrenia podľa § 75 O.s.p. Podľa § 75 ods. 8 O.s.p. o nariadení predbežného opatrenia rozhodne súd aj bez vyjadrenia ostatných účastníkov. Návrh na nariadenie predbežného opatrenia doručí súd ostatným účastníkom až spolu s uznesením, ktorým bolo predbežné opatrenie nariadené. Ak bol návrh na nariadenie predbežného opatrenia odmietnutý alebo zamietnutý, nedoručuje súd ostatným účastníkom uznesenie o jeho odmietnutí alebo zamietnutí, ani prípadné odvolanie navrhovateľa; uznesenie odvolacieho súdu im doručí, len ak ním bolo nariadené predbežné opatrenie. Vzhľadom k tomu, že súd prvého stupňa rozhodoval o návrhu na nariadenie predbežného opatrenia a rozhodnutie súdu o zamietnutí návrhu doručil iba navrhovateľovi, nebolo povinnosťou súdu doručiť napadnuté uznesenie odporcovi. V súlade s ust. § 208 O.s.p. odvolací súd preto nevyzval odporcu, aby sa vyjadril, či súhlasí so späťvzatím návrhu na nariadenie predbežného opatrenia. Pretože navrhovateľ zobral návrh na nariadenie predbežného opatrenia späť, keď rozhodol súd prvého stupňa, ale jeho rozhodnutie ešte dosiaľ nie je právoplatné, odvolací súd podľa § 208 O.s.p. pripustil späťvzatie návrhu na nariadenie predbežného opatrenia, zrušil uznesenie súdu prvého stupňa a konanie zastavil. Toto rozhodnutie bolo prijaté senátom Krajského súdu v Bratislave pomerom hlasov 3:0 (§ 3 ods. 9 zákona 757/2004 Z.z. o súdoch a o zmene a doplnení niektorých zákonov). Poučenie: Proti tomuto uzneseniu odvolanie nie je prípustné.</w:t>
      </w:r>
    </w:p>
    <w:p/>
    <w:p>
      <w:r>
        <w:t>Zdroj: KAUZIS.SK – https://www.kauzis.sk/judikatura/r/ECLI:SK:KSBA:2012:1112206948.1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