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2Cob/382/2012 z 10. 10. 2012</w:t>
      </w:r>
    </w:p>
    <w:p>
      <w:r>
        <w:t>Uznesenie Krajského súdu Bratislava z 10. októbra 2012, sp. zn. 2Cob/382/2012, ECLI:SK:KSBA:2012:1112211178.1</w:t>
      </w:r>
    </w:p>
    <w:p>
      <w:r>
        <w:t>Súd: Krajský súd Bratislava</w:t>
      </w:r>
    </w:p>
    <w:p>
      <w:r>
        <w:t>Spisová značka: 2Cob/382/2012</w:t>
      </w:r>
    </w:p>
    <w:p>
      <w:r>
        <w:t>ECLI: ECLI:SK:KSBA:2012:1112211178.1</w:t>
      </w:r>
    </w:p>
    <w:p>
      <w:r>
        <w:t>Dátum vydania: 10.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2Cob/382/2012 Identifikačné číslo súdneho spisu: 1112211178 Dátum vydania rozhodnutia: 11. 10. 2012 Meno a priezvisko sudcu, VSÚ: JUDr. Zita Ilčíková ECLI: ECLI:SK:KSBA:2012:1112211178.1 Uznesenie Krajský súd v Bratislave v právnej veci navrhovateľa: Hlavné mesto SR Bratislava, Primaciálne nám. 1, 814 99 Bratislava, proti odporcovi: I. F., B. XX, XXX XX Z., R.: XX XXX XXX, o zaplatenie 996,58 Eur s príslušenstvom, o odvolaní odporcu proti uzneseniu Okresného súdu Bratislava I č.k. 25Rob/164/2012 zo dňa 28.08.2012 takto r o z h o d o l : Krajský súd v Bratislave uznesenie Okresného súdu Bratislava I č.k. 25Rob/164/2012 zo dňa 28.8.2012 p o t v r d z u j e . o d ô v o d n e n i e : Napadnutým uznesením súd prvého stupňa uložil odporcovi povinnosť zaplatiť súdny poplatok za podaný odpor v sume 59,50 Eur. Rozhodol tak podľa Zák.č. 71/1992 Zb. v znení zák.č. 150/1993 položky 1 a Sadzobníka súdnych poplatkov. Proti tomuto uzneseniu podal odvolanie odporca, ktorý uviedol, že neporušil žiadny zákon a navrhovateľ urobil chybu, keď vymáhal od neho úhradu, ktorú včas a riadne zaplatil. Odvolací súd preskúmal rozhodnutie súdu prvého stupňa podľa § 212 ods. 1 O.s.p. bez nariadenia pojednávania podľa § 214 ods. 2 O.s.p., oboznámil sa s procesným postupom súdu prvého stupňa, ako aj s námietkami uvedenými v odvolaní odporcu a jednohlasne dospel k záveru, že odvolaniu nie je možné vyhovieť. Súd prvého stupňa postupoval v súlade so zákonom, pokiaľ odporcovi uložil povinnosť zaplatiť súdny poplatok za podaný odpor podľa položky 1 a Sadzobníka súdnych poplatkov. Okolnosť namietaná odporcom, že návrh na vydanie platobného rozkazu je nedôvodný a aj jeho skutkové tvrdenia budú zohľadnené v konečnom rozhodnutí, pričom v konečnom rozhodnutí súd prvého stupňa rozhodne aj o trovách konania, súčasťou ktorých je aj súdny poplatok z podaného odporu. S podaním odporu vo veci zákon spája poplatkovú povinnosť tak, ako uviedol aj súd prvého stupňa. Odvolací súd preto napadnuté uznesenie súdu prvého stupňa potvrdil. Poučenie: Proti tomuto uzneseniu odvolanie nie je prípustné.</w:t>
      </w:r>
    </w:p>
    <w:p/>
    <w:p>
      <w:r>
        <w:t>Zdroj: KAUZIS.SK – https://www.kauzis.sk/judikatura/r/ECLI:SK:KSBA:2012:1112211178.1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