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11CoP/281/2012 z 15. 7. 2012</w:t>
      </w:r>
    </w:p>
    <w:p>
      <w:r>
        <w:t>Uznesenie Krajského súdu Bratislava z 15. júla 2012, sp. zn. 11CoP/281/2012, ECLI:SK:KSBA:2012:1112212233.1</w:t>
      </w:r>
    </w:p>
    <w:p>
      <w:r>
        <w:t>Súd: Krajský súd Bratislava</w:t>
      </w:r>
    </w:p>
    <w:p>
      <w:r>
        <w:t>Spisová značka: 11CoP/281/2012</w:t>
      </w:r>
    </w:p>
    <w:p>
      <w:r>
        <w:t>ECLI: ECLI:SK:KSBA:2012:1112212233.1</w:t>
      </w:r>
    </w:p>
    <w:p>
      <w:r>
        <w:t>Dátum vydania: 15. 7.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11CoP/281/2012 Identifikačné číslo súdneho spisu: 1112212233 Dátum vydania rozhodnutia: 16. 07. 2012 Meno a priezvisko sudcu, VSÚ: JUDr. Bianka Gelačíková ECLI: ECLI:SK:KSBA:2012:1112212233.1 Uznesenie Krajský súd v Bratislave vo veci vyslovenia prípustnosti prevzatia umiestnenej Q.. D. D., nar. X.X.XXXX, bytom D. XX, O., zastúpenej opatrovníkom Mestská časť Bratislava - Staré mesto- Vajanského nábrežie 3, Bratislava, do ústavu: Univerzitná nemocnica s poliklinikou Bratislava, Pažítkova 4, Bratislava, pracovisko: Nemocnica Staré Mesto, Mickiewiczova 13, Bratislava, Psychiatrická klinika I. FUK a UNB na odvolanie umiestnenej proti uzneseniu Okresného súdu Bratislava I zo dňa 25.04.2012, č.k. 1 Pu 87/2012-4, uzneseniu 1Pu 87/2012-3 zo dňa 25.04.2012 a uzneseniu č.k. 1Pu 87/2012-7 zo dňa 25.04.2012 takto r o z h o d o l : Odvolanie Q.. D. D. voči uzneseniu súdu prvého stupňa č.k. 1Pu 87/2012-4 zo dňa 25.04.2012 s a o d m i e t a. Uznesenie súdu prvého stupňa č.k. 1Pu 87/2012-3 zo dňa 25.04.2012 sa p o t v r d z u j e Uznesenie súdu prvého stupňa č.k. 1Pu 87/2012-7 zo dňa 25.04.2012 sa p o t v r d z u j e. o d ô v o d n e n i e : Prvostupňový súd napadnutým uznesením č.k. 1Pu/87/2012-4 začal konanie o vyslovenie prípustnosti prevzatia Q.. D. D., nar. X.X.XXXX do ústavu zdravotníckej starostlivosti v zmysle § 191b ods. 1 O.s.p. Uznesením č.k. 1Pu 87/2012-3 zo dňa 25.04.2012, ustanovil Q.. S. D., nar. X.X.XXXX v predmetnom konaní opatrovníka pre konanie, Mestskú časť Bratislava- Staré mesto, podľa § 191b ods. 2 O.s.p, nakoľko vyšetrovaná nemala iného zástupcu. Uznesením 1Pu 87/2012-7 zo dňa 25.04.2012, rozhodol, že k prevzatiu Q.. S. D. do ústavu zdravotníckej starostlivosti Univerzitná nemocnica s poliklinikou Bratislava, Pažítkova 4, Bratislava, pracovisko: Nemocnica Staré Mesto, Mickiewiczova 13, Bratislava, Psychiatrická klinika I. FUK a UNB došlo zo zákonných dôvodov podľa § 191b ods. 4 O.s.p.. Súd prvého stupňa, mal zhodnotením vykonaných dôkazov zistenú zákonnosť postupu ústavu pri prevzatí umiestnenej do ústavu zdravotníckej starostlivosti z dôvodu, že došlo k zhoršeniu jej zdravotného stavu a v dôsledku duševnej poruchy- schizoafektívnej poruchy, ohrozovala seba aj svoje okolie. Proti uzneseniam podala v zákonnej lehote odvolanie umiestnená namietajúc v ňom, že do ústavu zdravotnej starostlivosti prišla dobrovoľne spolu s matkou a chcela tam ostať dva týždne na preliečenie. Uviedla, že počítala s tým, že X.Q. XXXX bude prepustená. Nesúhlasila s tvrdením súdu, že sa v ústave zdravotníckej starostlivosti nachádza nedobrovoľne. Ďalej poukázala na to, že Okresný súd Bratislava I svojím rozhodnutím ustanovil Mestskú časť Bratislava -Staré mesto za opatrovníka na ochranu jej práv v konaní o vyslovenie prípustnosti prevzatia do ústavu zdravotníckej starostlivosti, s čím vyjadrila svoj nesúhlas. Opätovne zdôraznila, že do ústavu zdravotníckej starostlivosti prišla dňa XX.XX.XXXX dobrovoľne, ležala tam dlho na IPS- ke v otrasných podmienkach nastavená na jej nevyhovujúcu liečbu, nariadenú ošetrujúcim lekárom. Uviedla, že dobre spí, rozmýšľa logicky, je samostatná, vie sa o seba postarať a z toho dôvodu žiadala o ukončenie liečby, nakoľko lieky možnosť a brať aj doma. Chce ísť študovať tri roky diplomaciu a nájsť si zamestnanie, ktoré ju bude baviť a ktoré bude zvládať. Odvolací súd preskúmal napadnuté uznesenia súdu prvého stupňa podľa § 212 ods.2 písm. a/ O.s.p., vec prejednal bez nariadenia odvolacieho pojednávania podľa § 214 ods.2 O.s.p. a dospel k záveru, že odvolania umiestnenej nie sú dôvodné. Vo vzťahu k odvolaniu umiestnenej voči uzneseniu súdu prvého stupňa ktorým bolo začaté konanie o vyslovenie prípustnosti prevzatia Q.. D. D., nar. X.X.XXXX do ústavu zdravotníckej starostlivosti v zmysle § 191b ods. 1. dospel odvolací súd k záveru, že odvolanie umiestnenej bolo nutné odmietnuť. Podľa § 202 ods. 3 písm. c) O.s.p. odvolanie nie je prípustné proti uzneseniu, ktorým sa začalo konanie bez návrhu. 11CoP 281/2012-15 345/2012 346/2012 Podľa § 81 ods. 1 O. s. p. aj bez návrhu môže súd začať konanie vo veciach starostlivosti o maloletých, konanie o vyslovenie prípustnosti prevzatia alebo držania v ústave zdravotníckej starostlivosti, konanie o spôsobilosti na právne úkony, opatrovnícke konanie, konanie o vyhlásenie za mŕtveho, konanie o dedičstve a ďalšie konania, kde to pripúšťa zákon. Podľa § 218 ods. 1 písm. c/ O.s.p, odvolací súd odmietne odvolanie, ktoré smeruje proti rozhodnutiu, proti ktorému nie je prípustné V danej veci umiestnená Q.. S. D. podala odvolanie voči uzneseniu, ktorým súd začal konanie o vyslovenie prípustnosti prevzatia jej osoby do ústavu zdravotníckej starostlivosti, ktoré konanie je možné začať aj bez návrhu. Vzhľadom k uvedenému odvolací súd odvolanie Q.. S. D. voči predmetnému uzneseniu v zmysle § 218 ods. 1 písm. c) O.s.p odmietol. V poradí druhé napadnuté uznesenie súdu prvého stupňa č.k. 1Pu 87/2012-3 zo dňa 25.04.2012, ktorým bol Q.. S. D., v konaní o vyslovenie prípustnosti prevzatia do ústavnej zdravotníckej starostlivosti ustanovený opatrovník, odvolací súd podľa § 219 O.s.p., potvrdil, pretože je vecne správne. Prvostupňový súd správne aplikoval príslušné ustanovenie § 191b ods. 2 O.s.p., podľa ktorého ak tento koho ústav prevzal nemá iného zástupcu, ustanoví mu súd pre toto konanie opatrovníka. V danom prípade boli zistené skutočnosti odôvodňujúce ustanovenie opatrovníka, pričom opatrovník bol aj ustanovený z dôvodu ochrany a zastupovania menovanej. Ide o procesného opatrovníka, ktorý je ustanovený len pre toto konanie a ktorého je nutné odlišovať od hmotnoprávneho opatrovníka, pretože funkcia tohto opatrovníka je daná účelom konania pre ktoré bol ustanovený. Vo vzťahu k tretiemu odvolaním napadnutému uzneseniu zo dňa 25.04.2012, č.k. 1Pu 87/2012-7 odvolací súd dospel k záveru, že odvolanie nie je dôvodné, a preto ho potvrdil. V danej veci súd prvého stupňa po oznámení Univerzitná nemocnica s poliklinikou Bratislava, Pažítkova 4, Bratislava, pracovisko: Nemocnica Staré Mesto, Mickiewiczova 13, Bratislava, Psychiatrická klinika I. FUK a UNB , začal konanie o vyslovenie prípustnosti prevzatia do ústavu v zmysle § 191b ods. 1, 2, 3, 4 O.s.p., vo veci vykonal dokazovanie výsluchom ošetrujúceho lekára, umiestnenej, a pokiaľ po vykonanom dokazovaní dospel k záveru, že prevzatie umiestnenej do ústavu zdravotníckej starostlivosti má zákonné dôvody, s jeho rozhodnutím sa odvolací súd plne stotožnil. Aj odvolací súd je toho názoru, že správanie umiestneného v čase jeho zadržania vykazovalo znaky psychotickej poruchy, pričom okolnosti zadržania splnili podmienky umiestnenia v zmysle § 6 ods. 9 písm. d/ zák. č. 576/2004 Z.z Námietky umiestnenej uvedené v jej odvolaní odvolací súd vyhodnotil v kontexte s jej zdravotným stavom zisteným ošetrujúcim lekárom. V tejto súvislosti odvolací súd zdôrazňuje, že v prípade zlepšenia zdravotného stavu, spolupráce umiestnenej v rámci liečby, bude možné následnú liečbu riešiť aj ambulantnou formou, ktorej sa umiestnená dožaduje. Napadnuté uznesenie súdu prvého stupňa je vecne správne, preto ho odvolací súd podľa § 219 ods. 1 O.s.p. potvrdil, pričom podľa ods. 2 citovaného ustanovenia poukazuje na správne právne závery súdu prvého stupňa, s ktorými sa v plnom rozsahu stotožnil. Poučenie: Proti tomuto uzneseniu nie je odvolanie prípustné.</w:t>
      </w:r>
    </w:p>
    <w:p/>
    <w:p>
      <w:r>
        <w:t>Zdroj: KAUZIS.SK – https://www.kauzis.sk/judikatura/r/ECLI:SK:KSBA:2012:1112212233.1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