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11CoP/335/2012 z 20. 8. 2012</w:t>
      </w:r>
    </w:p>
    <w:p>
      <w:r>
        <w:t>Uznesenie Krajského súdu Bratislava z 20. augusta 2012, sp. zn. 11CoP/335/2012, ECLI:SK:KSBA:2012:1112219589.1</w:t>
      </w:r>
    </w:p>
    <w:p>
      <w:r>
        <w:t>Súd: Krajský súd Bratislava</w:t>
      </w:r>
    </w:p>
    <w:p>
      <w:r>
        <w:t>Spisová značka: 11CoP/335/2012</w:t>
      </w:r>
    </w:p>
    <w:p>
      <w:r>
        <w:t>ECLI: ECLI:SK:KSBA:2012:1112219589.1</w:t>
      </w:r>
    </w:p>
    <w:p>
      <w:r>
        <w:t>Dátum vydania: 20. 8. 2012</w:t>
      </w:r>
    </w:p>
    <w:p>
      <w:r>
        <w:t>Forma: Uznesenie</w:t>
      </w:r>
    </w:p>
    <w:p>
      <w:r>
        <w:t>Oblasť práva: Rodinné právo</w:t>
      </w:r>
    </w:p>
    <w:p>
      <w:pPr>
        <w:pStyle w:val="Heading2"/>
      </w:pPr>
      <w:r>
        <w:t>Text rozhodnutia</w:t>
      </w:r>
    </w:p>
    <w:p>
      <w:r>
        <w:t>Súd: Krajský súd Bratislava Spisová značka: 11CoP/335/2012 Identifikačné číslo súdneho spisu: 1112219589 Dátum vydania rozhodnutia: 21. 08. 2012 Meno a priezvisko sudcu, VSÚ: JUDr. Bianka Gelačíková ECLI: ECLI:SK:KSBA:2012:1112219589.1</w:t>
      </w:r>
    </w:p>
    <w:p>
      <w:r>
        <w:t>Uznesenie Krajský súd v Bratislave vo veci vyslovenia prípustnosti prevzatia umiestneného: S. I., nar. 0X.XX.XXXX, bytom P. P., V. S. O., zastúpeného opatrovníkom: Mestská časť Bratislava - Staré mesto, so sídlom Vajanského nábr. 3, Bratislava, do zariadenia zdravotníckej starostlivosti: Univerzitná nemocnica Bratislava, Pažítková 4, Bratislava, pracovisko Nemocnica Staré mesto, Mickiewiczova 13, Bratislava, psychiatrická klinika LF UK a UNB, na odvolanie umiestneného proti uzneseniu Okresného súdu Bratislava I zo dňa 22.6.2012, č.k. 1Pu/126/2012-7, jednohlasne ( pomerom hlasov 3:0 ) takto</w:t>
      </w:r>
    </w:p>
    <w:p>
      <w:r>
        <w:t>r o z h o d o l :</w:t>
      </w:r>
    </w:p>
    <w:p>
      <w:r>
        <w:t>Uznesenie súdu prvého stupňa sa p o t v r d z u j e.</w:t>
      </w:r>
    </w:p>
    <w:p>
      <w:r>
        <w:t>o d ô v o d n e n i e :</w:t>
      </w:r>
    </w:p>
    <w:p>
      <w:r>
        <w:t>V napadnutom uznesení súd prvého stupňa rozhodol, že prevzatie umiestneného S. I., nar. XX.XX.XXXX, bytom P. P., V. S. O. , do Univerzitnej nemocnice Bratislava, Pažítková 4, Bratislava, pracovisko Nemocnica Staré mesto, Mickiewiczova 13, Bratislava, psychiatrická klinika LF UK a UNB, ku ktorému došlo dňa 19.6.2012 má zákonné dôvody. Rozhodnutie právne odôvodnil § 6 ods. 4, 9 písm. d/ zákona č. 576/2004 Z.z. o zdravotnej starostlivosti, § 191b ods. 4 O.s.p. a tým, že z vykonaného dokazovania ( listinných dôkazov, výsluchu MUDr. V. a umiestneného ) mal za preukázané, že k prevzatiu umiestneného do ústavu došlo pre zhoršenie zdravotného stavu pri diagnóze paranoidná schizofrénia. Z výsluchu ošetrujúcej lekárky, ktorá odporučila výsluch umiestneného mal konajúci súd preukázané, že k hospitalizácii došlo z dôvodu, že umiestnený v dôsledku duševnej poruchy ohrozuje seba a hrozí zhoršenie jeho zdravotného stavu .</w:t>
      </w:r>
    </w:p>
    <w:p>
      <w:r>
        <w:t>Proti uzneseniu podal v zákonnej lehote odvolanie umiestnený S. I. namietajúc, že MUDr. V. ho nikdy nevyšetrovala a nie je jeho ošetrujúcou lekárkou. Ku konštatácii o opakovanej hospitalizácii uviedol, že naposledy bol na psychiatrii hospitalizovaný pred siedmimi rokmi. Už XX rokov pravidelne navštevuje svoju psychiatričku MUDr. S., ktorá jediná môže hovoriť o jeho zdravotnom</w:t>
      </w:r>
    </w:p>
    <w:p>
      <w:r>
        <w:t>stave. V liečebni mu nik nechce povedať, kto ho k hospitalizácii doporučil. Podľa jeho názoru to môže byť MUDr. Č., ktorá sa ho nikdy na nič nepýtala, prvýkrát ho videla pred Veľkonočnými sviatkami tohto roku, kedy prišla za ním do penziónu a keďže má veľmi bujnú fantáziu, všetko si o ňom vymyslela. Odvolateľ uviedol, že nikdy nebol duševne chorý a odôvodnenie je veľký nezmysel.</w:t>
      </w:r>
    </w:p>
    <w:p>
      <w:r>
        <w:t>Odvolací súd preskúmal napadnuté uznesenie súdu prvého stupňa podľa § 212 ods.2 písm. a/ O.s.p., vec prejednal bez nariadenia odvolacieho pojednávania podľa § 214 ods.2 O.s.p. a dospel k záveru, že odvolanie umiestneného nie je dôvodné.</w:t>
      </w:r>
    </w:p>
    <w:p>
      <w:r>
        <w:t>V posudzovanom prípade súd prvého stupňa po oznámení Univerzitnej nemocnice Bratislava, Pažítkova 4, Bratislava, pracovisko Nemocnica Staré mesto, Mickiewiczova 13, Bratislava, Psychiatrická klinika LFUK a UNB začal konanie o vyslovenie prípustnosti prevzatia do ústavu v zmysle § 191b ods.1,2,3,4 O.s.p. a vo veci vykonal dokazovanie výsluchom ošetrujúceho lekára a umiestneného. Pokiaľ po vykonanom dokazovaní dospel k záveru, že k prevzatiu umiestneného do ústavu zdravotníckej starostlivosti došlo zo zákonných dôvodov, s jeho rozhodnutím, v ktorom použil správne ustanovenie zákona a ktoré aj náležite zdôvodnil, sa odvolací súd stotožnil. Z vykonaného dokazovania je bez akejkoľvek pochybnosti, že stav umiestneného trpiaceho paranoidnou schizoféniou si vyžadoval okamžitú medicínsku intervenciu s potrebou okamžitej hospitalizácie.</w:t>
      </w:r>
    </w:p>
    <w:p>
      <w:r>
        <w:t>K námietkam umiestneného uvedených v podanom odvolaní odvolací súd konštatuje, že tieto nemajú za následok zmenu rozhodnutia súdu prvého stupňa.</w:t>
      </w:r>
    </w:p>
    <w:p>
      <w:r>
        <w:t>Odvolací súd na základe uvedeného uznesenie prvého stupňa podľa § 219 ods. 1 O.s.p. ako vecne správne potvrdil.</w:t>
      </w:r>
    </w:p>
    <w:p>
      <w:r>
        <w:t>Poučenie:</w:t>
      </w:r>
    </w:p>
    <w:p>
      <w:r>
        <w:t>Proti tomuto uzneseniu odvolanie nie je prípustné.</w:t>
      </w:r>
    </w:p>
    <w:p/>
    <w:p>
      <w:r>
        <w:t>Zdroj: KAUZIS.SK – https://www.kauzis.sk/judikatura/r/ECLI:SK:KSBA:2012:1112219589.1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