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11CoP/482/2012 z 9. 10. 2012</w:t>
      </w:r>
    </w:p>
    <w:p>
      <w:r>
        <w:t>Uznesenie Krajského súdu Bratislava z 9. októbra 2012, sp. zn. 11CoP/482/2012, ECLI:SK:KSBA:2012:1112228538.1</w:t>
      </w:r>
    </w:p>
    <w:p>
      <w:r>
        <w:t>Súd: Krajský súd Bratislava</w:t>
      </w:r>
    </w:p>
    <w:p>
      <w:r>
        <w:t>Spisová značka: 11CoP/482/2012</w:t>
      </w:r>
    </w:p>
    <w:p>
      <w:r>
        <w:t>ECLI: ECLI:SK:KSBA:2012:1112228538.1</w:t>
      </w:r>
    </w:p>
    <w:p>
      <w:r>
        <w:t>Dátum vydania: 9. 10. 2012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11CoP/482/2012 Identifikačné číslo súdneho spisu: 1112228538 Dátum vydania rozhodnutia: 10. 10. 2012 Meno a priezvisko sudcu, VSÚ: JUDr. Bianka Gelačíková ECLI: ECLI:SK:KSBA:2012:1112228538.1 Uznesenie Krajský súd v Bratislave vo veci vyslovenia prípustnosti prevzatia umiestneného: Y. Y., nar. XX.XX.XXXX, bytom Y. X, J., zastúpený opatrovníkom Mestská časť Bratislava - Staré mesto, Vajanského nábr. 3, Bratislava, do ústavu: Univerzitná nemocnica s poliklinikou J., G. X, J., pracovisko: Nemocnica Staré Mesto, C. XX, J., Psychiatrická klinika I. FUK a UNB, na odvolanie umiestneného proti uzneseniu Okresného súdu Bratislava I, zo dňa 06.09.2012, č.k. 1Pú 195/2012-7, jednohlasne (pomerom hlasov 3:0) takto r o z h o d o l : Uznesenie súdu prvého stupňa sa p o t v r d z u j e. o d ô v o d n e n i e : Súd prvého stupňa vyslovil, že prevzatie umiestneného: Y. Y., nar. XX.XX.XXXX, bytom Y. X, J. do ústavu: Univerzitná nemocnica s poliklinikou J., G. X, J., pracovisko: Nemocnica Staré Mesto, C. XX, J., Psychiatrická klinika I. FUK a UNB, ku ktorému došlo dňa 04.09.2012 má zákonné dôvody. Súd prvého stupňa právne vec posúdil podľa § 191 ods. 4 O.s.p. a podľa zák. 576/2004 Z.z. o zdravotnej starostlivosti, § 6 ods. 4, 9, § 9 ods. 4. Mal preukázané, že sú dané dôvody pre prevzatie umiestneného do ústavu, pretože hrozilo v dôsledku duševnej poruchy zhoršenie jeho zdravotného stavu, ako aj ohrozovanie jeho okolia. Proti tomuto rozhodnutiu podal odvolanie umiestnený. Uviedol, že ho zadržala policajná hliadka a navrhla liečebný pobyt v rámci hore uvedenej nemocnice, mal dojem, že sa vec vysvetlila, ale keďže nedošlo k prepusteniu z nemocnice podal vo veci odvolanie. Žiadal zrušiť hospitalizáciu, pričom poukázal na to, že nikoho fyzicky ani verbálne nenapadol. Odvolací súd preskúmal vec podľa § 212 ods. 2 písm. a/ O.s.p., vec prejednal podľa § 214 ods. 2 O.s.p., a dospel k záveru, že rozhodnutie súdu prvého stupňa je správne, pričom odvolací súd poukazuje na správne dôvody súdu prvého stupňa, s ktorými sa stotožňuje podľa § 219 ods. 2 O.s.p.. Prvostupňový súd použil správne zákonné ustanovenia, jeho postup bol v súlade s týmito ustanoveniami a jeho rozhodnutie je správne, odvolací súd ho potvrdil podľa § 219 O.s.p.. Poučenie: Proti tomuto uzneseniu odvolanie nie je prípustné.</w:t>
      </w:r>
    </w:p>
    <w:p/>
    <w:p>
      <w:r>
        <w:t>Zdroj: KAUZIS.SK – https://www.kauzis.sk/judikatura/r/ECLI:SK:KSBA:2012:1112228538.1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