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6Co/265/2012 z 22. 11. 2012</w:t>
      </w:r>
    </w:p>
    <w:p>
      <w:r>
        <w:t>Uznesenie Krajského súdu Bratislava z 22. novembra 2012, sp. zn. 6Co/265/2012, ECLI:SK:KSBA:2012:1201899822.4</w:t>
      </w:r>
    </w:p>
    <w:p>
      <w:r>
        <w:t>Súd: Krajský súd Bratislava</w:t>
      </w:r>
    </w:p>
    <w:p>
      <w:r>
        <w:t>Spisová značka: 6Co/265/2012</w:t>
      </w:r>
    </w:p>
    <w:p>
      <w:r>
        <w:t>ECLI: ECLI:SK:KSBA:2012:1201899822.4</w:t>
      </w:r>
    </w:p>
    <w:p>
      <w:r>
        <w:t>Dátum vydania: 22.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6Co/265/2012 Identifikačné číslo súdneho spisu: 1201899822 Dátum vydania rozhodnutia: 23. 11. 2012 Meno a priezvisko sudcu, VSÚ: JUDr. Martin Murgaš ECLI: ECLI:SK:KSBA:2012:1201899822.4 Uznesenie Krajský súd v Bratislave v právnej veci žalobkyne: Z. T., C. S. V.. Č.. X, C., zast. advokátom JUDr. Jurajom Almášim, Vajnorská ul. č. 5, Bratislava, proti žalovanej: Prvá správcovská, a. s., Mlynské Nivy č. 61, Bratislava, zast. advokátom JUDr. Jánom Benčurom, Záhradnícka ul. č. 41, Bratislava, za účasti vedľajšieho účastníka na strane žalovanej: Kooperatíva poisťovňa, a. s., Štefanovičova ul. č. 4, Bratislava, zast. advokátkou JUDr. Soňou Pohovejovou, Záhradnícka ul. č. 37, Bratislava, o náhradu škody, na odvolanie žalovanej proti uzneseniu Okresného súdu Bratislava II z 3. Mája 2012 č. k. 12C/181/2001- 337, pomerom hlasov 3:0, takto r o z h o d o l : Uznesenie súdu prvého stupňa sa v napadnutej časti p o t v r d z u j e . Žalobkyni sa nepriznáva náhrada trov odvolacieho konania. o d ô v o d n e n i e : Súd prvého stupňa napadnutým uznesením uložil žalovanej povinnosť zaplatiť na účet Okresného súdu Bratislava II 570,94 eur z titulu náhrady trov, ktoré platil štát, do 3 dní od právoplatnosti uznesenia, a povinnosť nahradiť žalobkyni trovy právneho zastúpenia 3 652,53 eur. O náhrade trov, ktoré platil štátu súd prvého stupňa rozhodol podľa § 148 ods. 1 O.s.p. a o trovách konania rozhodol podľa § 142 ods. 3 O.s.p. Proti tomuto rozhodnutiu podala odvolanie žalovaná a napadla ním výrok, ktorým jej bola uložená povinnosť nahradiť žalobkyni trovy právneho zastúpenia 3 652,53 eur. Navrhla, aby odvolací súd uznesenie súdu prvého stupňa v napadnutej časti zmenil tak, že jej uloží povinnosť nahradiť žalobkyni trovy právneho zastúpenia vo výške 3 069,35 eur. Odvolanie odôvodnila tým, že právny zástupca žalobkyne nepreukázal, že je platiteľom DPH, a preto súd prvého stupňa nemal advokátsku odmenu zvýšiť o DPH, t.j. o sumu 583,53 €. Odvolací súd, ktorý bol viazaný rozsahom a dôvodmi odvolania (§ 212 ods. 1 O.s.p.), preskúmal uznesenie súdu prvého stupňa v napadnutej časti, prejednal odvolanie bez nariadenia pojednávania a dospel k záveru, že odvolanie nie je dôvodné. Odvolací súd vyzval právneho zástupcu žalobkyne, aby predložil doklad o tom, že je platiteľom DPH. Právny zástupca žalobkyne v prílohe podania z 10.9.2012 (č.l. 346) predložil osvedčenie o registrácii pre daň z pridanej hodnoty. Z neho odvolací súd zistil, že právny zástupca žalobkyne je platiteľom DPH od 1.9.2007 a jeho registračné číslo pre daň je SK1023413072. Je teda zrejmé, že právny zástupca žalobkyne je platiteľom DPH a súd prvého stupňa preto postupoval správne, keď v zmysle § 18 ods. 3 vyhl. č. 655/2004 Z.z. advokátsku odmenu zvýšil o DPH. Z týchto dôvodov odvolací súd uznesenie súdu prvého stupňa potvrdil podľa § 219 ods. 1 O.s.p. v napadnutej časti, ktorou bola žalovanej uložená povinnosť nahradiť žalobkyni trovy právneho zastúpenia. Výrok uznesenia súdu prvého stupňa, ktorým bola žalobkyni uložená povinnosť nahradiť štátu trovy konania 570,94 €, nebol napadnutý odvolaním a nadobudol právoplatnosť. O trovách odvolacieho konania odvolací súd rozhodol podľa § 142 ods. 1 v spojení s § 224 ods. 1 O.s.p. a ich náhradu úspešnej žalobkyni nepriznal, pretože jej v dovolacom konaní žiadne trovy nevznikli. Na záver odvolací súd upozorňuje súd prvého stupňa na zrejmú nesprávnosť výroku napadnutého uznesenia spočívajúcu v tom, že náhrada trov právneho zastúpenia bola priznaná priamo žalobkyni, hoci táto bola v konaní zastúpená advokátom, ktorý je tzv. platobným miestom. Preto je žalovaná povinná náhradu trov právneho zastúpenia zaplatiť advokátovi - právnemu zástupcovi žalobkyni (§ 149 ods. 1 O.s.p.). Ďalšia zrejmá nesprávnosť výroku napadnutého uznesenia spočíva v tom, že súd prvého stupňa neurčil žalovanej lehotu, v ktorej má žalobkyni nahradiť trovy právneho zastúpenia. Tieto zrejmé nesprávnosti bude súd prvého stupňa musieť opraviť postupom podľa § 164 O.s.p.. Poučenie: Proti tomuto uzneseniu odvolanie nie je prípustné.</w:t>
      </w:r>
    </w:p>
    <w:p/>
    <w:p>
      <w:r>
        <w:t>Zdroj: KAUZIS.SK – https://www.kauzis.sk/judikatura/r/ECLI:SK:KSBA:2012:1201899822.4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